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A3E58" w14:textId="77777777" w:rsidR="00291D52" w:rsidRDefault="00291D52" w:rsidP="00291D52">
      <w:pPr>
        <w:shd w:val="clear" w:color="auto" w:fill="D9D9D9" w:themeFill="background1" w:themeFillShade="D9"/>
        <w:jc w:val="center"/>
        <w:rPr>
          <w:rFonts w:ascii="Times New Roman" w:hAnsi="Times New Roman" w:cs="Times New Roman"/>
          <w:b/>
          <w:bCs/>
          <w:sz w:val="32"/>
          <w:szCs w:val="40"/>
        </w:rPr>
      </w:pPr>
      <w:r w:rsidRPr="00F83194">
        <w:rPr>
          <w:rFonts w:ascii="Times New Roman" w:hAnsi="Times New Roman" w:cs="Times New Roman"/>
          <w:b/>
          <w:bCs/>
          <w:sz w:val="32"/>
          <w:szCs w:val="40"/>
        </w:rPr>
        <w:t>Supplementary Material</w:t>
      </w:r>
      <w:r>
        <w:rPr>
          <w:rFonts w:ascii="Times New Roman" w:hAnsi="Times New Roman" w:cs="Times New Roman"/>
          <w:b/>
          <w:bCs/>
          <w:sz w:val="32"/>
          <w:szCs w:val="40"/>
        </w:rPr>
        <w:t xml:space="preserve"> #1</w:t>
      </w:r>
    </w:p>
    <w:p w14:paraId="5016AB4E" w14:textId="77777777" w:rsidR="00291D52" w:rsidRDefault="00291D52" w:rsidP="00291D52">
      <w:pPr>
        <w:shd w:val="clear" w:color="auto" w:fill="D9D9D9" w:themeFill="background1" w:themeFillShade="D9"/>
        <w:jc w:val="center"/>
        <w:rPr>
          <w:rFonts w:ascii="Times New Roman" w:hAnsi="Times New Roman" w:cs="Times New Roman"/>
          <w:b/>
          <w:bCs/>
          <w:sz w:val="32"/>
          <w:szCs w:val="40"/>
        </w:rPr>
      </w:pPr>
      <w:r w:rsidRPr="000C053B">
        <w:rPr>
          <w:rFonts w:ascii="Times New Roman" w:hAnsi="Times New Roman" w:cs="Times New Roman"/>
          <w:b/>
          <w:bCs/>
          <w:sz w:val="32"/>
          <w:szCs w:val="40"/>
        </w:rPr>
        <w:t xml:space="preserve">21-item </w:t>
      </w:r>
      <w:r>
        <w:rPr>
          <w:rFonts w:ascii="Times New Roman" w:hAnsi="Times New Roman" w:cs="Times New Roman"/>
          <w:b/>
          <w:bCs/>
          <w:sz w:val="32"/>
          <w:szCs w:val="40"/>
        </w:rPr>
        <w:t>M</w:t>
      </w:r>
      <w:r w:rsidRPr="000C053B">
        <w:rPr>
          <w:rFonts w:ascii="Times New Roman" w:hAnsi="Times New Roman" w:cs="Times New Roman"/>
          <w:b/>
          <w:bCs/>
          <w:sz w:val="32"/>
          <w:szCs w:val="40"/>
        </w:rPr>
        <w:t xml:space="preserve">ultiple-choice </w:t>
      </w:r>
      <w:r>
        <w:rPr>
          <w:rFonts w:ascii="Times New Roman" w:hAnsi="Times New Roman" w:cs="Times New Roman"/>
          <w:b/>
          <w:bCs/>
          <w:sz w:val="32"/>
          <w:szCs w:val="40"/>
        </w:rPr>
        <w:t>C</w:t>
      </w:r>
      <w:r w:rsidRPr="000C053B">
        <w:rPr>
          <w:rFonts w:ascii="Times New Roman" w:hAnsi="Times New Roman" w:cs="Times New Roman"/>
          <w:b/>
          <w:bCs/>
          <w:sz w:val="32"/>
          <w:szCs w:val="40"/>
        </w:rPr>
        <w:t xml:space="preserve">onceptual </w:t>
      </w:r>
      <w:r>
        <w:rPr>
          <w:rFonts w:ascii="Times New Roman" w:hAnsi="Times New Roman" w:cs="Times New Roman"/>
          <w:b/>
          <w:bCs/>
          <w:sz w:val="32"/>
          <w:szCs w:val="40"/>
        </w:rPr>
        <w:t>C</w:t>
      </w:r>
      <w:r w:rsidRPr="000C053B">
        <w:rPr>
          <w:rFonts w:ascii="Times New Roman" w:hAnsi="Times New Roman" w:cs="Times New Roman"/>
          <w:b/>
          <w:bCs/>
          <w:sz w:val="32"/>
          <w:szCs w:val="40"/>
        </w:rPr>
        <w:t xml:space="preserve">hemistry </w:t>
      </w:r>
      <w:r>
        <w:rPr>
          <w:rFonts w:ascii="Times New Roman" w:hAnsi="Times New Roman" w:cs="Times New Roman"/>
          <w:b/>
          <w:bCs/>
          <w:sz w:val="32"/>
          <w:szCs w:val="40"/>
        </w:rPr>
        <w:t>Q</w:t>
      </w:r>
      <w:r w:rsidRPr="000C053B">
        <w:rPr>
          <w:rFonts w:ascii="Times New Roman" w:hAnsi="Times New Roman" w:cs="Times New Roman"/>
          <w:b/>
          <w:bCs/>
          <w:sz w:val="32"/>
          <w:szCs w:val="40"/>
        </w:rPr>
        <w:t>uestionnaire</w:t>
      </w:r>
    </w:p>
    <w:p w14:paraId="10B6BA90" w14:textId="77777777" w:rsidR="00291D52" w:rsidRDefault="00291D52" w:rsidP="00291D52">
      <w:pPr>
        <w:rPr>
          <w:rFonts w:ascii="Times New Roman" w:hAnsi="Times New Roman" w:cs="Times New Roman"/>
          <w:sz w:val="32"/>
          <w:szCs w:val="40"/>
        </w:rPr>
      </w:pPr>
    </w:p>
    <w:p w14:paraId="4D1FD704" w14:textId="77777777" w:rsidR="00291D52" w:rsidRPr="000C053B" w:rsidRDefault="00291D52" w:rsidP="00291D52">
      <w:pPr>
        <w:jc w:val="center"/>
        <w:rPr>
          <w:rFonts w:ascii="Times New Roman" w:hAnsi="Times New Roman" w:cs="Times New Roman"/>
          <w:b/>
          <w:bCs/>
          <w:sz w:val="24"/>
          <w:szCs w:val="32"/>
        </w:rPr>
      </w:pPr>
      <w:r w:rsidRPr="000C053B">
        <w:rPr>
          <w:rFonts w:ascii="Times New Roman" w:hAnsi="Times New Roman" w:cs="Times New Roman"/>
          <w:b/>
          <w:bCs/>
          <w:sz w:val="24"/>
          <w:szCs w:val="32"/>
        </w:rPr>
        <w:t>Research Article</w:t>
      </w:r>
    </w:p>
    <w:p w14:paraId="598890D7" w14:textId="77777777" w:rsidR="00291D52" w:rsidRDefault="00291D52" w:rsidP="00291D52">
      <w:pPr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“</w:t>
      </w:r>
      <w:r w:rsidRPr="00F83194">
        <w:rPr>
          <w:rFonts w:ascii="Times New Roman" w:hAnsi="Times New Roman" w:cs="Times New Roman"/>
          <w:sz w:val="24"/>
          <w:szCs w:val="32"/>
        </w:rPr>
        <w:t>Enhancing Chemistry Understanding and Attitudes through an Outreach Education Program on Circular Plastic Economy: A Case Study with Thai Twelfth-Grade Students</w:t>
      </w:r>
      <w:r>
        <w:rPr>
          <w:rFonts w:ascii="Times New Roman" w:hAnsi="Times New Roman" w:cs="Times New Roman"/>
          <w:sz w:val="24"/>
          <w:szCs w:val="32"/>
        </w:rPr>
        <w:t>”</w:t>
      </w:r>
    </w:p>
    <w:p w14:paraId="67296085" w14:textId="77777777" w:rsidR="00291D52" w:rsidRDefault="00291D52" w:rsidP="00291D52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3968B50B" w14:textId="77777777" w:rsidR="00291D52" w:rsidRPr="00291D52" w:rsidRDefault="00291D52" w:rsidP="00291D52">
      <w:pPr>
        <w:jc w:val="center"/>
        <w:rPr>
          <w:rFonts w:ascii="Times New Roman" w:hAnsi="Times New Roman" w:cs="Times New Roman"/>
          <w:b/>
          <w:bCs/>
          <w:sz w:val="24"/>
          <w:szCs w:val="32"/>
        </w:rPr>
      </w:pPr>
      <w:r w:rsidRPr="00291D52">
        <w:rPr>
          <w:rFonts w:ascii="Times New Roman" w:hAnsi="Times New Roman" w:cs="Times New Roman"/>
          <w:b/>
          <w:bCs/>
          <w:sz w:val="24"/>
          <w:szCs w:val="32"/>
        </w:rPr>
        <w:t>Authors</w:t>
      </w:r>
    </w:p>
    <w:p w14:paraId="66ACBC69" w14:textId="00F641F7" w:rsidR="00291D52" w:rsidRPr="00291D52" w:rsidRDefault="00291D52" w:rsidP="00291D52">
      <w:pPr>
        <w:jc w:val="center"/>
        <w:rPr>
          <w:i/>
          <w:iCs/>
        </w:rPr>
      </w:pPr>
      <w:r w:rsidRPr="00291D52">
        <w:rPr>
          <w:rFonts w:ascii="Times New Roman" w:hAnsi="Times New Roman" w:cs="Times New Roman"/>
          <w:sz w:val="24"/>
          <w:szCs w:val="32"/>
        </w:rPr>
        <w:t>Banjong Prasongsap</w:t>
      </w:r>
      <w:r w:rsidRPr="00291D52">
        <w:rPr>
          <w:rFonts w:ascii="Times New Roman" w:hAnsi="Times New Roman" w:cs="Times New Roman"/>
          <w:sz w:val="24"/>
          <w:szCs w:val="32"/>
          <w:vertAlign w:val="superscript"/>
        </w:rPr>
        <w:t>1</w:t>
      </w:r>
      <w:r w:rsidRPr="00291D52">
        <w:rPr>
          <w:rFonts w:ascii="Times New Roman" w:hAnsi="Times New Roman" w:cs="Times New Roman"/>
          <w:sz w:val="24"/>
          <w:szCs w:val="32"/>
        </w:rPr>
        <w:t>, Pawat Chaipidech</w:t>
      </w:r>
      <w:r w:rsidRPr="00291D52">
        <w:rPr>
          <w:rFonts w:ascii="Times New Roman" w:hAnsi="Times New Roman" w:cs="Times New Roman"/>
          <w:sz w:val="24"/>
          <w:szCs w:val="32"/>
          <w:vertAlign w:val="superscript"/>
        </w:rPr>
        <w:t>1,2</w:t>
      </w:r>
      <w:r w:rsidRPr="00291D52">
        <w:rPr>
          <w:rFonts w:ascii="Times New Roman" w:hAnsi="Times New Roman" w:cs="Times New Roman"/>
          <w:sz w:val="24"/>
          <w:szCs w:val="32"/>
        </w:rPr>
        <w:t>, &amp; Niwat Srisawasdi</w:t>
      </w:r>
      <w:r w:rsidRPr="00291D52">
        <w:rPr>
          <w:rFonts w:ascii="Times New Roman" w:hAnsi="Times New Roman" w:cs="Times New Roman"/>
          <w:sz w:val="24"/>
          <w:szCs w:val="32"/>
          <w:vertAlign w:val="superscript"/>
        </w:rPr>
        <w:t>1,2*</w:t>
      </w:r>
      <w:r w:rsidRPr="00291D52">
        <w:rPr>
          <w:rFonts w:ascii="Times New Roman" w:hAnsi="Times New Roman" w:cs="Times New Roman"/>
          <w:sz w:val="24"/>
          <w:szCs w:val="32"/>
        </w:rPr>
        <w:br/>
      </w:r>
      <w:r w:rsidRPr="00F83194">
        <w:rPr>
          <w:rFonts w:ascii="Times New Roman" w:hAnsi="Times New Roman" w:cs="Times New Roman"/>
          <w:sz w:val="24"/>
          <w:szCs w:val="32"/>
          <w:vertAlign w:val="superscript"/>
        </w:rPr>
        <w:t>1</w:t>
      </w:r>
      <w:r w:rsidRPr="00F83194">
        <w:rPr>
          <w:rFonts w:ascii="Times New Roman" w:hAnsi="Times New Roman" w:cs="Times New Roman"/>
          <w:sz w:val="24"/>
          <w:szCs w:val="32"/>
        </w:rPr>
        <w:t>Faculty of Education, Khon Kaen University, Khon Kaen 40002, Thailand</w:t>
      </w:r>
      <w:r>
        <w:rPr>
          <w:rFonts w:ascii="Times New Roman" w:hAnsi="Times New Roman" w:cs="Times New Roman"/>
          <w:sz w:val="24"/>
          <w:szCs w:val="32"/>
        </w:rPr>
        <w:br/>
      </w:r>
      <w:r w:rsidRPr="00F83194">
        <w:rPr>
          <w:rFonts w:ascii="Times New Roman" w:hAnsi="Times New Roman" w:cs="Times New Roman"/>
          <w:sz w:val="24"/>
          <w:szCs w:val="32"/>
          <w:vertAlign w:val="superscript"/>
        </w:rPr>
        <w:t>2</w:t>
      </w:r>
      <w:r w:rsidRPr="00F83194">
        <w:rPr>
          <w:rFonts w:ascii="Times New Roman" w:hAnsi="Times New Roman" w:cs="Times New Roman"/>
          <w:sz w:val="24"/>
          <w:szCs w:val="32"/>
        </w:rPr>
        <w:t>Digital Education and Learning Engineering Association, Nonthaburi 11110, Thailand</w:t>
      </w:r>
      <w:r>
        <w:rPr>
          <w:rFonts w:ascii="Times New Roman" w:hAnsi="Times New Roman" w:cs="Times New Roman"/>
          <w:sz w:val="24"/>
          <w:szCs w:val="32"/>
        </w:rPr>
        <w:br/>
      </w:r>
      <w:r w:rsidRPr="00291D52">
        <w:rPr>
          <w:rFonts w:ascii="Times New Roman" w:hAnsi="Times New Roman" w:cs="Times New Roman"/>
          <w:i/>
          <w:iCs/>
          <w:sz w:val="24"/>
          <w:szCs w:val="32"/>
          <w:vertAlign w:val="superscript"/>
        </w:rPr>
        <w:t>*</w:t>
      </w:r>
      <w:r w:rsidRPr="00291D52">
        <w:rPr>
          <w:rFonts w:ascii="Times New Roman" w:hAnsi="Times New Roman" w:cs="Times New Roman"/>
          <w:i/>
          <w:iCs/>
          <w:sz w:val="24"/>
          <w:szCs w:val="32"/>
        </w:rPr>
        <w:t>Corresponding Author</w:t>
      </w:r>
    </w:p>
    <w:p w14:paraId="2102EC24" w14:textId="77777777" w:rsidR="00291D52" w:rsidRDefault="00291D52" w:rsidP="00291D52"/>
    <w:p w14:paraId="4B559485" w14:textId="77777777" w:rsidR="00291D52" w:rsidRDefault="00291D52" w:rsidP="00291D52"/>
    <w:p w14:paraId="14FE023F" w14:textId="77777777" w:rsidR="00291D52" w:rsidRDefault="00291D52" w:rsidP="00291D52"/>
    <w:p w14:paraId="408657FF" w14:textId="77777777" w:rsidR="00291D52" w:rsidRDefault="00291D52" w:rsidP="00291D52"/>
    <w:p w14:paraId="4F4315B4" w14:textId="77777777" w:rsidR="00291D52" w:rsidRDefault="00291D52" w:rsidP="00291D52"/>
    <w:p w14:paraId="4E1A57F8" w14:textId="77777777" w:rsidR="00291D52" w:rsidRDefault="00291D52" w:rsidP="00291D52"/>
    <w:p w14:paraId="16C847B9" w14:textId="77777777" w:rsidR="00291D52" w:rsidRDefault="00291D52" w:rsidP="00291D52"/>
    <w:p w14:paraId="3382EF7C" w14:textId="77777777" w:rsidR="00291D52" w:rsidRDefault="00291D52" w:rsidP="00291D52"/>
    <w:p w14:paraId="0DA72DB5" w14:textId="77777777" w:rsidR="00291D52" w:rsidRDefault="00291D52" w:rsidP="00291D52"/>
    <w:p w14:paraId="1C18058D" w14:textId="77777777" w:rsidR="00291D52" w:rsidRDefault="00291D52" w:rsidP="00291D52"/>
    <w:p w14:paraId="05EEA23B" w14:textId="77777777" w:rsidR="00291D52" w:rsidRDefault="00291D52" w:rsidP="00291D52"/>
    <w:p w14:paraId="59CF00CC" w14:textId="77777777" w:rsidR="00291D52" w:rsidRDefault="00291D52" w:rsidP="00291D52"/>
    <w:p w14:paraId="42EFD47C" w14:textId="77777777" w:rsidR="00291D52" w:rsidRPr="00291D52" w:rsidRDefault="00291D52" w:rsidP="00291D52"/>
    <w:p w14:paraId="1100B8D7" w14:textId="169B80E6" w:rsidR="00662018" w:rsidRPr="00662018" w:rsidRDefault="00000000" w:rsidP="00114E7D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662018">
        <w:rPr>
          <w:rFonts w:ascii="Times New Roman" w:hAnsi="Times New Roman" w:cs="Times New Roman"/>
          <w:sz w:val="32"/>
          <w:szCs w:val="32"/>
        </w:rPr>
        <w:lastRenderedPageBreak/>
        <w:t xml:space="preserve">Chemistry Conceptual </w:t>
      </w:r>
      <w:r w:rsidR="00114E7D">
        <w:rPr>
          <w:rFonts w:ascii="Times New Roman" w:hAnsi="Times New Roman" w:cs="Times New Roman"/>
          <w:sz w:val="32"/>
          <w:szCs w:val="32"/>
        </w:rPr>
        <w:t>Test</w:t>
      </w:r>
      <w:r w:rsidRPr="00662018">
        <w:rPr>
          <w:rFonts w:ascii="Times New Roman" w:hAnsi="Times New Roman" w:cs="Times New Roman"/>
          <w:sz w:val="32"/>
          <w:szCs w:val="32"/>
        </w:rPr>
        <w:t xml:space="preserve"> on Plastic and</w:t>
      </w:r>
      <w:r w:rsidR="00114E7D">
        <w:rPr>
          <w:rFonts w:ascii="Times New Roman" w:hAnsi="Times New Roman" w:cs="Times New Roman"/>
          <w:sz w:val="32"/>
          <w:szCs w:val="32"/>
        </w:rPr>
        <w:t xml:space="preserve"> </w:t>
      </w:r>
      <w:r w:rsidRPr="00662018">
        <w:rPr>
          <w:rFonts w:ascii="Times New Roman" w:hAnsi="Times New Roman" w:cs="Times New Roman"/>
          <w:sz w:val="32"/>
          <w:szCs w:val="32"/>
        </w:rPr>
        <w:t>Sustainability</w:t>
      </w:r>
      <w:r w:rsidR="00662018">
        <w:rPr>
          <w:rFonts w:ascii="Times New Roman" w:hAnsi="Times New Roman" w:cs="Times New Roman"/>
          <w:sz w:val="32"/>
          <w:szCs w:val="32"/>
        </w:rPr>
        <w:br/>
      </w:r>
      <w:r w:rsidR="00662018" w:rsidRPr="00662018">
        <w:rPr>
          <w:rFonts w:ascii="Times New Roman" w:hAnsi="Times New Roman" w:cs="Times New Roman"/>
          <w:sz w:val="24"/>
          <w:szCs w:val="24"/>
        </w:rPr>
        <w:t>(Translated into English version)</w:t>
      </w:r>
    </w:p>
    <w:p w14:paraId="216AA6CB" w14:textId="77777777" w:rsidR="000952E5" w:rsidRPr="00662018" w:rsidRDefault="000952E5">
      <w:pPr>
        <w:rPr>
          <w:rFonts w:ascii="Times New Roman" w:hAnsi="Times New Roman" w:cs="Times New Roman"/>
        </w:rPr>
      </w:pPr>
    </w:p>
    <w:p w14:paraId="12C2C1DE" w14:textId="5F77A4A7" w:rsidR="00E03C8A" w:rsidRPr="00114E7D" w:rsidRDefault="000952E5" w:rsidP="000952E5">
      <w:p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BF48885" wp14:editId="67869F1A">
                <wp:simplePos x="0" y="0"/>
                <wp:positionH relativeFrom="column">
                  <wp:posOffset>-6350</wp:posOffset>
                </wp:positionH>
                <wp:positionV relativeFrom="paragraph">
                  <wp:posOffset>671195</wp:posOffset>
                </wp:positionV>
                <wp:extent cx="5486400" cy="0"/>
                <wp:effectExtent l="38100" t="38100" r="76200" b="95250"/>
                <wp:wrapNone/>
                <wp:docPr id="1275514575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31D65" id="ตัวเชื่อมต่อตรง 1" o:spid="_x0000_s1026" style="position:absolute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pt,52.85pt" to="431.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Pr="00114E7D">
        <w:rPr>
          <w:rFonts w:ascii="Times New Roman" w:hAnsi="Times New Roman" w:cs="Times New Roman"/>
          <w:b/>
          <w:bCs/>
          <w:sz w:val="24"/>
          <w:szCs w:val="24"/>
        </w:rPr>
        <w:t>Instruction:</w:t>
      </w:r>
      <w:r w:rsidRPr="00114E7D">
        <w:rPr>
          <w:rFonts w:ascii="Times New Roman" w:hAnsi="Times New Roman" w:cs="Times New Roman"/>
          <w:sz w:val="24"/>
          <w:szCs w:val="24"/>
        </w:rPr>
        <w:t xml:space="preserve"> This test consists of 21 multiple-choice questions, each with five answer choices (A–E). Please read each question carefully and select the most appropriate answer by marking it on the provided answer sheet.</w:t>
      </w:r>
    </w:p>
    <w:p w14:paraId="3752E1F7" w14:textId="77777777" w:rsidR="000952E5" w:rsidRPr="00114E7D" w:rsidRDefault="000952E5" w:rsidP="00291D52">
      <w:pPr>
        <w:spacing w:after="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54941918" w14:textId="77777777" w:rsidR="00E03C8A" w:rsidRPr="00114E7D" w:rsidRDefault="00000000" w:rsidP="009379BF">
      <w:pPr>
        <w:pStyle w:val="a"/>
        <w:numPr>
          <w:ilvl w:val="0"/>
          <w:numId w:val="0"/>
        </w:numPr>
        <w:shd w:val="clear" w:color="auto" w:fill="F2F2F2" w:themeFill="background1" w:themeFillShade="F2"/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1. Refer to the following image. Based on the properties of the substance shown, which of the following is correct?</w:t>
      </w:r>
    </w:p>
    <w:p w14:paraId="516B2F03" w14:textId="39B32416" w:rsidR="002F226B" w:rsidRPr="00114E7D" w:rsidRDefault="002F226B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5952" behindDoc="0" locked="0" layoutInCell="1" allowOverlap="1" wp14:anchorId="0F35C9D5" wp14:editId="2B9C9C32">
            <wp:simplePos x="0" y="0"/>
            <wp:positionH relativeFrom="margin">
              <wp:posOffset>1657350</wp:posOffset>
            </wp:positionH>
            <wp:positionV relativeFrom="paragraph">
              <wp:posOffset>124460</wp:posOffset>
            </wp:positionV>
            <wp:extent cx="2171720" cy="1508400"/>
            <wp:effectExtent l="0" t="0" r="0" b="3175"/>
            <wp:wrapNone/>
            <wp:docPr id="17033881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388187" name="Picture 2"/>
                    <pic:cNvPicPr/>
                  </pic:nvPicPr>
                  <pic:blipFill rotWithShape="1">
                    <a:blip r:embed="rId6"/>
                    <a:srcRect b="52316"/>
                    <a:stretch/>
                  </pic:blipFill>
                  <pic:spPr bwMode="auto">
                    <a:xfrm>
                      <a:off x="0" y="0"/>
                      <a:ext cx="2171720" cy="15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A197F" w14:textId="18636F57" w:rsidR="002F226B" w:rsidRPr="00114E7D" w:rsidRDefault="002F226B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1313281B" w14:textId="77777777" w:rsidR="002F226B" w:rsidRPr="00114E7D" w:rsidRDefault="002F226B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61A0FE22" w14:textId="77777777" w:rsidR="002F226B" w:rsidRPr="00114E7D" w:rsidRDefault="002F226B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1FCB9D77" w14:textId="77777777" w:rsidR="002F226B" w:rsidRPr="00114E7D" w:rsidRDefault="002F226B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6E0232B6" w14:textId="77777777" w:rsidR="002F226B" w:rsidRPr="00114E7D" w:rsidRDefault="002F226B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3DEA60BF" w14:textId="77777777" w:rsidR="002F226B" w:rsidRPr="00114E7D" w:rsidRDefault="002F226B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6C1B5501" w14:textId="77777777" w:rsidR="002F226B" w:rsidRPr="00114E7D" w:rsidRDefault="002F226B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50939771" w14:textId="36DA0FE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  <w:lang w:bidi="th-TH"/>
        </w:rPr>
      </w:pPr>
      <w:r w:rsidRPr="00114E7D">
        <w:rPr>
          <w:rFonts w:ascii="Times New Roman" w:hAnsi="Times New Roman" w:cs="Times New Roman"/>
          <w:b/>
          <w:bCs/>
          <w:sz w:val="24"/>
          <w:szCs w:val="24"/>
        </w:rPr>
        <w:t>A. Lightweight, durable, low-cost, and easy to process</w:t>
      </w:r>
      <w:r w:rsidR="00744BE0" w:rsidRPr="00114E7D">
        <w:rPr>
          <w:rFonts w:ascii="Times New Roman" w:hAnsi="Times New Roman" w:cs="Times New Roman"/>
          <w:sz w:val="24"/>
          <w:szCs w:val="24"/>
          <w:cs/>
          <w:lang w:bidi="th-TH"/>
        </w:rPr>
        <w:t xml:space="preserve"> 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(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4925AF34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B. Lightweight, durable, low-cost, and easy to process</w:t>
      </w:r>
    </w:p>
    <w:p w14:paraId="45BF3FF9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C. Lightweight, low-cost, and easy to process</w:t>
      </w:r>
    </w:p>
    <w:p w14:paraId="55060461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D. Lightweight, durable, high-cost, and easy to process</w:t>
      </w:r>
    </w:p>
    <w:p w14:paraId="62E2DDAB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E. Lightweight, durable, low-cost, and easy to process</w:t>
      </w:r>
    </w:p>
    <w:p w14:paraId="345EE08F" w14:textId="7DAB828F" w:rsidR="00E03C8A" w:rsidRPr="00114E7D" w:rsidRDefault="00000000" w:rsidP="009379BF">
      <w:pPr>
        <w:pStyle w:val="a"/>
        <w:numPr>
          <w:ilvl w:val="0"/>
          <w:numId w:val="0"/>
        </w:numPr>
        <w:shd w:val="clear" w:color="auto" w:fill="F2F2F2" w:themeFill="background1" w:themeFillShade="F2"/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2. Refer to the image of the following monomer. After polymerization, this monomer becomes a compound of which type?</w:t>
      </w:r>
    </w:p>
    <w:p w14:paraId="5E820E29" w14:textId="37BCB591" w:rsidR="002F226B" w:rsidRPr="00114E7D" w:rsidRDefault="002F226B" w:rsidP="002F226B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000" behindDoc="0" locked="0" layoutInCell="1" allowOverlap="1" wp14:anchorId="2FB1DF6C" wp14:editId="7EAC21D9">
            <wp:simplePos x="0" y="0"/>
            <wp:positionH relativeFrom="margin">
              <wp:posOffset>1663700</wp:posOffset>
            </wp:positionH>
            <wp:positionV relativeFrom="paragraph">
              <wp:posOffset>161290</wp:posOffset>
            </wp:positionV>
            <wp:extent cx="2156178" cy="1617134"/>
            <wp:effectExtent l="0" t="0" r="3175" b="0"/>
            <wp:wrapNone/>
            <wp:docPr id="3334105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10596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6178" cy="1617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61BDA" w14:textId="2632A5BC" w:rsidR="002F226B" w:rsidRPr="00114E7D" w:rsidRDefault="002F226B" w:rsidP="002F226B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6E4755AE" w14:textId="0F439970" w:rsidR="002F226B" w:rsidRPr="00114E7D" w:rsidRDefault="002F226B" w:rsidP="002F226B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41AEEC19" w14:textId="77777777" w:rsidR="002F226B" w:rsidRPr="00114E7D" w:rsidRDefault="002F226B" w:rsidP="002F226B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6EA44688" w14:textId="77777777" w:rsidR="002F226B" w:rsidRPr="00114E7D" w:rsidRDefault="002F226B" w:rsidP="002F226B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2F32CC3D" w14:textId="77777777" w:rsidR="002F226B" w:rsidRPr="00114E7D" w:rsidRDefault="002F226B" w:rsidP="002F226B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4AD20B2A" w14:textId="77777777" w:rsidR="002F226B" w:rsidRPr="00114E7D" w:rsidRDefault="002F226B" w:rsidP="002F226B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54D3DAE9" w14:textId="77777777" w:rsidR="002F226B" w:rsidRPr="00114E7D" w:rsidRDefault="002F226B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36D995F5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A. Carbohydrate</w:t>
      </w:r>
    </w:p>
    <w:p w14:paraId="545AA0D5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B. Lipid</w:t>
      </w:r>
    </w:p>
    <w:p w14:paraId="33D8FA80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C. Amino acid</w:t>
      </w:r>
    </w:p>
    <w:p w14:paraId="260EC24A" w14:textId="66A0DBC5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b/>
          <w:bCs/>
          <w:sz w:val="24"/>
          <w:szCs w:val="24"/>
        </w:rPr>
        <w:t>D. Protein</w:t>
      </w:r>
      <w:r w:rsidR="00744BE0" w:rsidRPr="00114E7D">
        <w:rPr>
          <w:rFonts w:ascii="Times New Roman" w:hAnsi="Times New Roman" w:cs="Times New Roman"/>
          <w:sz w:val="24"/>
          <w:szCs w:val="24"/>
          <w:cs/>
          <w:lang w:bidi="th-TH"/>
        </w:rPr>
        <w:t xml:space="preserve"> 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(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1F4056CB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E. Nucleic acid</w:t>
      </w:r>
    </w:p>
    <w:p w14:paraId="024E6F49" w14:textId="77777777" w:rsidR="00E03C8A" w:rsidRPr="00114E7D" w:rsidRDefault="00000000" w:rsidP="009379BF">
      <w:pPr>
        <w:pStyle w:val="a"/>
        <w:numPr>
          <w:ilvl w:val="0"/>
          <w:numId w:val="0"/>
        </w:numPr>
        <w:shd w:val="clear" w:color="auto" w:fill="F2F2F2" w:themeFill="background1" w:themeFillShade="F2"/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lastRenderedPageBreak/>
        <w:t>3. Refer to the following image of A and B. Which statement is correct?</w:t>
      </w:r>
    </w:p>
    <w:p w14:paraId="3811BCA6" w14:textId="60527A73" w:rsidR="00396513" w:rsidRPr="00114E7D" w:rsidRDefault="00396513" w:rsidP="00396513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7307208" wp14:editId="033B2385">
                <wp:simplePos x="0" y="0"/>
                <wp:positionH relativeFrom="margin">
                  <wp:posOffset>894080</wp:posOffset>
                </wp:positionH>
                <wp:positionV relativeFrom="paragraph">
                  <wp:posOffset>135313</wp:posOffset>
                </wp:positionV>
                <wp:extent cx="3698875" cy="1604356"/>
                <wp:effectExtent l="0" t="0" r="0" b="0"/>
                <wp:wrapNone/>
                <wp:docPr id="205350937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8875" cy="1604356"/>
                          <a:chOff x="0" y="0"/>
                          <a:chExt cx="3698875" cy="1604356"/>
                        </a:xfrm>
                      </wpg:grpSpPr>
                      <pic:pic xmlns:pic="http://schemas.openxmlformats.org/drawingml/2006/picture">
                        <pic:nvPicPr>
                          <pic:cNvPr id="1742592474" name="รูปภาพ 3" descr="https://sites.google.com/site/dewitatrianiputri/_/rsrc/1450307216872/materi-pembelajaran/kelas-xii/bab-19/e-polimer/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82" t="3401" r="38027" b="41704"/>
                          <a:stretch/>
                        </pic:blipFill>
                        <pic:spPr bwMode="auto">
                          <a:xfrm>
                            <a:off x="0" y="0"/>
                            <a:ext cx="113347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4709872" name="รูปภาพ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69196" t="21816" r="1" b="29457"/>
                          <a:stretch/>
                        </pic:blipFill>
                        <pic:spPr bwMode="auto">
                          <a:xfrm>
                            <a:off x="2377440" y="0"/>
                            <a:ext cx="1321435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1565223" name="Text Box 3"/>
                        <wps:cNvSpPr txBox="1"/>
                        <wps:spPr>
                          <a:xfrm>
                            <a:off x="357448" y="1280160"/>
                            <a:ext cx="374073" cy="3241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DF3D3E" w14:textId="7FC9C9BF" w:rsidR="00396513" w:rsidRPr="00396513" w:rsidRDefault="00396513" w:rsidP="00396513">
                              <w:pPr>
                                <w:jc w:val="center"/>
                                <w:rPr>
                                  <w:b/>
                                  <w:bCs/>
                                  <w:lang w:bidi="th-TH"/>
                                </w:rPr>
                              </w:pPr>
                              <w:r w:rsidRPr="00396513">
                                <w:rPr>
                                  <w:b/>
                                  <w:bCs/>
                                  <w:lang w:bidi="th-TH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035548" name="Text Box 3"/>
                        <wps:cNvSpPr txBox="1"/>
                        <wps:spPr>
                          <a:xfrm>
                            <a:off x="2959331" y="1221971"/>
                            <a:ext cx="374073" cy="3241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08D2F0" w14:textId="23DAB5EF" w:rsidR="00396513" w:rsidRPr="00396513" w:rsidRDefault="00396513" w:rsidP="00396513">
                              <w:pPr>
                                <w:jc w:val="center"/>
                                <w:rPr>
                                  <w:b/>
                                  <w:bCs/>
                                  <w:lang w:bidi="th-TH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bidi="th-TH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07208" id="Group 4" o:spid="_x0000_s1026" style="position:absolute;left:0;text-align:left;margin-left:70.4pt;margin-top:10.65pt;width:291.25pt;height:126.35pt;z-index:251650048;mso-position-horizontal-relative:margin" coordsize="36988,1604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" o:spid="_x0000_s1027" type="#_x0000_t75" alt="https://sites.google.com/site/dewitatrianiputri/_/rsrc/1450307216872/materi-pembelajaran/kelas-xii/bab-19/e-polimer/1.JPG" style="position:absolute;width:11334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">
                  <v:imagedata r:id="rId10" o:title="1" croptop="2229f" cropbottom="27331f" cropleft="21615f" cropright="24921f"/>
                </v:shape>
                <v:shape id="รูปภาพ 3" o:spid="_x0000_s1028" type="#_x0000_t75" style="position:absolute;left:23774;width:13214;height:1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">
                  <v:imagedata r:id="rId11" o:title="" croptop="14297f" cropbottom="19305f" cropleft="45348f" cropright="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3574;top:12801;width:3741;height:3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" filled="f" stroked="f" strokeweight=".5pt">
                  <v:textbox>
                    <w:txbxContent>
                      <w:p w14:paraId="51DF3D3E" w14:textId="7FC9C9BF" w:rsidR="00396513" w:rsidRPr="00396513" w:rsidRDefault="00396513" w:rsidP="00396513">
                        <w:pPr>
                          <w:jc w:val="center"/>
                          <w:rPr>
                            <w:b/>
                            <w:bCs/>
                            <w:lang w:bidi="th-TH"/>
                          </w:rPr>
                        </w:pPr>
                        <w:r w:rsidRPr="00396513">
                          <w:rPr>
                            <w:b/>
                            <w:bCs/>
                            <w:lang w:bidi="th-TH"/>
                          </w:rPr>
                          <w:t>A</w:t>
                        </w:r>
                      </w:p>
                    </w:txbxContent>
                  </v:textbox>
                </v:shape>
                <v:shape id="Text Box 3" o:spid="_x0000_s1030" type="#_x0000_t202" style="position:absolute;left:29593;top:12219;width:3741;height:3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" filled="f" stroked="f" strokeweight=".5pt">
                  <v:textbox>
                    <w:txbxContent>
                      <w:p w14:paraId="1708D2F0" w14:textId="23DAB5EF" w:rsidR="00396513" w:rsidRPr="00396513" w:rsidRDefault="00396513" w:rsidP="00396513">
                        <w:pPr>
                          <w:jc w:val="center"/>
                          <w:rPr>
                            <w:b/>
                            <w:bCs/>
                            <w:lang w:bidi="th-TH"/>
                          </w:rPr>
                        </w:pPr>
                        <w:r>
                          <w:rPr>
                            <w:b/>
                            <w:bCs/>
                            <w:lang w:bidi="th-TH"/>
                          </w:rPr>
                          <w:t>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B7EFB0F" w14:textId="5369B50F" w:rsidR="00396513" w:rsidRPr="00114E7D" w:rsidRDefault="00396513" w:rsidP="00396513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71721E40" w14:textId="5F15C4F2" w:rsidR="00396513" w:rsidRPr="00114E7D" w:rsidRDefault="00396513" w:rsidP="00396513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41FF791B" w14:textId="53D5FCE4" w:rsidR="00396513" w:rsidRPr="00114E7D" w:rsidRDefault="00396513" w:rsidP="00396513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00D5E464" w14:textId="77777777" w:rsidR="00396513" w:rsidRPr="00114E7D" w:rsidRDefault="00396513" w:rsidP="00396513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28A7932A" w14:textId="77777777" w:rsidR="00396513" w:rsidRPr="00114E7D" w:rsidRDefault="00396513" w:rsidP="00396513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3FC58CFF" w14:textId="6432AE4D" w:rsidR="00396513" w:rsidRPr="00114E7D" w:rsidRDefault="00396513" w:rsidP="00396513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73DB1DC3" w14:textId="52FD080C" w:rsidR="00396513" w:rsidRPr="00114E7D" w:rsidRDefault="00396513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656348E5" w14:textId="77777777" w:rsidR="00396513" w:rsidRPr="00114E7D" w:rsidRDefault="00396513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160FE637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A. A and B are natural polymers</w:t>
      </w:r>
    </w:p>
    <w:p w14:paraId="7AFF8347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B. A and B are synthetic polymers</w:t>
      </w:r>
    </w:p>
    <w:p w14:paraId="375C2D95" w14:textId="441C0003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b/>
          <w:bCs/>
          <w:sz w:val="24"/>
          <w:szCs w:val="24"/>
        </w:rPr>
        <w:t>C. A is a polymer, B is not</w:t>
      </w:r>
      <w:r w:rsidR="00744BE0" w:rsidRPr="00114E7D">
        <w:rPr>
          <w:rFonts w:ascii="Times New Roman" w:hAnsi="Times New Roman" w:cs="Times New Roman"/>
          <w:sz w:val="24"/>
          <w:szCs w:val="24"/>
          <w:cs/>
          <w:lang w:bidi="th-TH"/>
        </w:rPr>
        <w:t xml:space="preserve"> 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(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664D9175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D. Neither A nor B are polymers</w:t>
      </w:r>
    </w:p>
    <w:p w14:paraId="48D217A9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E. A and B are monomers</w:t>
      </w:r>
    </w:p>
    <w:p w14:paraId="3EE28649" w14:textId="41352338" w:rsidR="00E03C8A" w:rsidRPr="00114E7D" w:rsidRDefault="00000000" w:rsidP="009379BF">
      <w:pPr>
        <w:pStyle w:val="a"/>
        <w:numPr>
          <w:ilvl w:val="0"/>
          <w:numId w:val="0"/>
        </w:numPr>
        <w:shd w:val="clear" w:color="auto" w:fill="F2F2F2" w:themeFill="background1" w:themeFillShade="F2"/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4. Based on the image shown, what type of substance will this become?</w:t>
      </w:r>
    </w:p>
    <w:p w14:paraId="7B92F997" w14:textId="23E08301" w:rsidR="00396513" w:rsidRPr="00114E7D" w:rsidRDefault="00396513" w:rsidP="00396513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134DDE42" wp14:editId="0ECE4D7B">
            <wp:simplePos x="0" y="0"/>
            <wp:positionH relativeFrom="margin">
              <wp:posOffset>1193800</wp:posOffset>
            </wp:positionH>
            <wp:positionV relativeFrom="paragraph">
              <wp:posOffset>160713</wp:posOffset>
            </wp:positionV>
            <wp:extent cx="3093500" cy="1487978"/>
            <wp:effectExtent l="0" t="0" r="5715" b="0"/>
            <wp:wrapNone/>
            <wp:docPr id="21400521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052128" name="Picture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3500" cy="148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E1B87" w14:textId="02D82BDE" w:rsidR="00396513" w:rsidRPr="00114E7D" w:rsidRDefault="00396513" w:rsidP="00396513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10F2E5AF" w14:textId="6AC50869" w:rsidR="00396513" w:rsidRPr="00114E7D" w:rsidRDefault="00396513" w:rsidP="00396513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516223AB" w14:textId="77777777" w:rsidR="00396513" w:rsidRPr="00114E7D" w:rsidRDefault="00396513" w:rsidP="00396513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3CFF40B2" w14:textId="77777777" w:rsidR="00396513" w:rsidRPr="00114E7D" w:rsidRDefault="00396513" w:rsidP="00396513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2761C3E2" w14:textId="77777777" w:rsidR="00396513" w:rsidRPr="00114E7D" w:rsidRDefault="00396513" w:rsidP="00396513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6CA4790F" w14:textId="77777777" w:rsidR="00396513" w:rsidRPr="00114E7D" w:rsidRDefault="00396513" w:rsidP="00396513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25384A9C" w14:textId="77777777" w:rsidR="00396513" w:rsidRPr="00114E7D" w:rsidRDefault="00396513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42048138" w14:textId="77777777" w:rsidR="00396513" w:rsidRPr="00114E7D" w:rsidRDefault="00396513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13467AD6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A. PET</w:t>
      </w:r>
    </w:p>
    <w:p w14:paraId="11E30ED4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B. LDPE</w:t>
      </w:r>
    </w:p>
    <w:p w14:paraId="4EBC9F80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C. HDPE</w:t>
      </w:r>
    </w:p>
    <w:p w14:paraId="353FCC17" w14:textId="4B3A7B9D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D. Synthetic polymer</w:t>
      </w:r>
      <w:r w:rsidR="00744BE0" w:rsidRPr="00114E7D">
        <w:rPr>
          <w:rFonts w:ascii="Times New Roman" w:hAnsi="Times New Roman" w:cs="Times New Roman"/>
          <w:sz w:val="24"/>
          <w:szCs w:val="24"/>
        </w:rPr>
        <w:t xml:space="preserve"> </w:t>
      </w:r>
      <w:r w:rsidR="00744BE0" w:rsidRPr="00114E7D">
        <w:rPr>
          <w:rFonts w:ascii="Times New Roman" w:hAnsi="Times New Roman" w:cs="Times New Roman"/>
          <w:sz w:val="24"/>
          <w:szCs w:val="24"/>
          <w:cs/>
          <w:lang w:bidi="th-TH"/>
        </w:rPr>
        <w:t xml:space="preserve"> </w:t>
      </w:r>
    </w:p>
    <w:p w14:paraId="6B8558FB" w14:textId="5F9B75D8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  <w:lang w:bidi="th-TH"/>
        </w:rPr>
      </w:pPr>
      <w:r w:rsidRPr="00CF6122">
        <w:rPr>
          <w:rFonts w:ascii="Times New Roman" w:hAnsi="Times New Roman" w:cs="Times New Roman"/>
          <w:b/>
          <w:bCs/>
          <w:sz w:val="24"/>
          <w:szCs w:val="24"/>
        </w:rPr>
        <w:t>E. Natural polymer</w:t>
      </w:r>
      <w:r w:rsidR="002F226B" w:rsidRPr="00114E7D">
        <w:rPr>
          <w:rFonts w:ascii="Times New Roman" w:hAnsi="Times New Roman" w:cs="Times New Roman"/>
          <w:sz w:val="24"/>
          <w:szCs w:val="24"/>
          <w:cs/>
          <w:lang w:bidi="th-TH"/>
        </w:rPr>
        <w:t xml:space="preserve"> </w:t>
      </w:r>
      <w:r w:rsidR="002F226B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(</w:t>
      </w:r>
      <w:r w:rsidR="002F226B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2F226B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75B39216" w14:textId="77777777" w:rsidR="00E03C8A" w:rsidRPr="00114E7D" w:rsidRDefault="00000000" w:rsidP="009379BF">
      <w:pPr>
        <w:pStyle w:val="a"/>
        <w:numPr>
          <w:ilvl w:val="0"/>
          <w:numId w:val="0"/>
        </w:numPr>
        <w:shd w:val="clear" w:color="auto" w:fill="F2F2F2" w:themeFill="background1" w:themeFillShade="F2"/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5. How is energy transferred in the pyrolysis process?</w:t>
      </w:r>
    </w:p>
    <w:p w14:paraId="04F84E68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A. Exothermic</w:t>
      </w:r>
    </w:p>
    <w:p w14:paraId="44E49B5C" w14:textId="23567445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CF6122">
        <w:rPr>
          <w:rFonts w:ascii="Times New Roman" w:hAnsi="Times New Roman" w:cs="Times New Roman"/>
          <w:b/>
          <w:bCs/>
          <w:sz w:val="24"/>
          <w:szCs w:val="24"/>
        </w:rPr>
        <w:t>B. Endothermic</w:t>
      </w:r>
      <w:r w:rsidR="00744BE0" w:rsidRPr="00114E7D">
        <w:rPr>
          <w:rFonts w:ascii="Times New Roman" w:hAnsi="Times New Roman" w:cs="Times New Roman"/>
          <w:sz w:val="24"/>
          <w:szCs w:val="24"/>
        </w:rPr>
        <w:t xml:space="preserve"> 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(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1128FF60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C. Adiabatic</w:t>
      </w:r>
    </w:p>
    <w:p w14:paraId="6CD9CF61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D. Exothermic–Endothermic</w:t>
      </w:r>
    </w:p>
    <w:p w14:paraId="5D66A442" w14:textId="3446A9DB" w:rsidR="00396513" w:rsidRDefault="00000000" w:rsidP="006239C8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E. High-temperature condition</w:t>
      </w:r>
    </w:p>
    <w:p w14:paraId="461B389B" w14:textId="77777777" w:rsidR="00291D52" w:rsidRPr="00114E7D" w:rsidRDefault="00291D52" w:rsidP="006239C8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3BA22265" w14:textId="77777777" w:rsidR="00E03C8A" w:rsidRPr="00114E7D" w:rsidRDefault="00000000" w:rsidP="00291D52">
      <w:pPr>
        <w:pStyle w:val="a"/>
        <w:numPr>
          <w:ilvl w:val="0"/>
          <w:numId w:val="0"/>
        </w:numPr>
        <w:shd w:val="clear" w:color="auto" w:fill="F2F2F2" w:themeFill="background1" w:themeFillShade="F2"/>
        <w:spacing w:after="120"/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lastRenderedPageBreak/>
        <w:t>6. What is the key characteristic of the pyrolysis reaction?</w:t>
      </w:r>
    </w:p>
    <w:p w14:paraId="560E460C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A. Decomposition of inorganic matter without oxygen</w:t>
      </w:r>
    </w:p>
    <w:p w14:paraId="7CA20D87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B. Synthesis of inorganic matter without oxygen</w:t>
      </w:r>
    </w:p>
    <w:p w14:paraId="6FEDE5B5" w14:textId="15EF18A5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6239C8">
        <w:rPr>
          <w:rFonts w:ascii="Times New Roman" w:hAnsi="Times New Roman" w:cs="Times New Roman"/>
          <w:b/>
          <w:bCs/>
          <w:sz w:val="24"/>
          <w:szCs w:val="24"/>
        </w:rPr>
        <w:t>C. Decomposition of organic matter without oxygen</w:t>
      </w:r>
      <w:r w:rsidR="00744BE0" w:rsidRPr="00114E7D">
        <w:rPr>
          <w:rFonts w:ascii="Times New Roman" w:hAnsi="Times New Roman" w:cs="Times New Roman"/>
          <w:sz w:val="24"/>
          <w:szCs w:val="24"/>
        </w:rPr>
        <w:t xml:space="preserve"> 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(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14923FBA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D. Synthesis of organic matter without oxygen</w:t>
      </w:r>
    </w:p>
    <w:p w14:paraId="49A3767F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E. Combustion of organic matter without oxygen</w:t>
      </w:r>
    </w:p>
    <w:p w14:paraId="1F05BB42" w14:textId="77777777" w:rsidR="00E03C8A" w:rsidRPr="00114E7D" w:rsidRDefault="00000000" w:rsidP="00291D52">
      <w:pPr>
        <w:pStyle w:val="a"/>
        <w:numPr>
          <w:ilvl w:val="0"/>
          <w:numId w:val="0"/>
        </w:numPr>
        <w:shd w:val="clear" w:color="auto" w:fill="F2F2F2" w:themeFill="background1" w:themeFillShade="F2"/>
        <w:spacing w:after="120"/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7. Why can plastic waste be converted into oil during pyrolysis?</w:t>
      </w:r>
    </w:p>
    <w:p w14:paraId="39ED93A4" w14:textId="10911C81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 xml:space="preserve">A. </w:t>
      </w:r>
      <w:r w:rsidRPr="006239C8">
        <w:rPr>
          <w:rFonts w:ascii="Times New Roman" w:hAnsi="Times New Roman" w:cs="Times New Roman"/>
          <w:b/>
          <w:bCs/>
          <w:sz w:val="24"/>
          <w:szCs w:val="24"/>
        </w:rPr>
        <w:t>It decomposes without combustion</w:t>
      </w:r>
      <w:r w:rsidR="00744BE0" w:rsidRPr="00114E7D">
        <w:rPr>
          <w:rFonts w:ascii="Times New Roman" w:hAnsi="Times New Roman" w:cs="Times New Roman"/>
          <w:sz w:val="24"/>
          <w:szCs w:val="24"/>
        </w:rPr>
        <w:t xml:space="preserve"> 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(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6A45CB0D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B. It is burned without decomposition</w:t>
      </w:r>
    </w:p>
    <w:p w14:paraId="128B8EB6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C. It undergoes both combustion and decomposition</w:t>
      </w:r>
    </w:p>
    <w:p w14:paraId="0EEE9F8E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D. It is only burned</w:t>
      </w:r>
    </w:p>
    <w:p w14:paraId="736BD057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E. It undergoes breakdown and molecular modification</w:t>
      </w:r>
    </w:p>
    <w:p w14:paraId="0A249DEF" w14:textId="77777777" w:rsidR="00E03C8A" w:rsidRPr="00114E7D" w:rsidRDefault="00000000" w:rsidP="00291D52">
      <w:pPr>
        <w:pStyle w:val="a"/>
        <w:numPr>
          <w:ilvl w:val="0"/>
          <w:numId w:val="0"/>
        </w:numPr>
        <w:shd w:val="clear" w:color="auto" w:fill="F2F2F2" w:themeFill="background1" w:themeFillShade="F2"/>
        <w:spacing w:after="120"/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8. What chemical transformation occurs during pyrolysis?</w:t>
      </w:r>
    </w:p>
    <w:p w14:paraId="39CB84E9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A. Organic matter → water only</w:t>
      </w:r>
    </w:p>
    <w:p w14:paraId="4FB6A321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B. Organic matter → solids and gases only</w:t>
      </w:r>
    </w:p>
    <w:p w14:paraId="2C9D0394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C. Organic matter → gases only</w:t>
      </w:r>
    </w:p>
    <w:p w14:paraId="1E9F0F66" w14:textId="62FDCB24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6239C8">
        <w:rPr>
          <w:rFonts w:ascii="Times New Roman" w:hAnsi="Times New Roman" w:cs="Times New Roman"/>
          <w:b/>
          <w:bCs/>
          <w:sz w:val="24"/>
          <w:szCs w:val="24"/>
        </w:rPr>
        <w:t xml:space="preserve">D. Organic matter → solid, </w:t>
      </w:r>
      <w:r w:rsidR="006239C8" w:rsidRPr="006239C8">
        <w:rPr>
          <w:rFonts w:ascii="Times New Roman" w:hAnsi="Times New Roman" w:cs="Times New Roman"/>
          <w:b/>
          <w:bCs/>
          <w:sz w:val="24"/>
          <w:szCs w:val="24"/>
        </w:rPr>
        <w:t>liquids</w:t>
      </w:r>
      <w:r w:rsidRPr="006239C8">
        <w:rPr>
          <w:rFonts w:ascii="Times New Roman" w:hAnsi="Times New Roman" w:cs="Times New Roman"/>
          <w:b/>
          <w:bCs/>
          <w:sz w:val="24"/>
          <w:szCs w:val="24"/>
        </w:rPr>
        <w:t>, and uncondensed gases</w:t>
      </w:r>
      <w:r w:rsidR="00744BE0" w:rsidRPr="00114E7D">
        <w:rPr>
          <w:rFonts w:ascii="Times New Roman" w:hAnsi="Times New Roman" w:cs="Times New Roman"/>
          <w:sz w:val="24"/>
          <w:szCs w:val="24"/>
          <w:cs/>
          <w:lang w:bidi="th-TH"/>
        </w:rPr>
        <w:t xml:space="preserve"> 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(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571E6C3C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E. Organic matter → solid, liquid, gas, and water</w:t>
      </w:r>
    </w:p>
    <w:p w14:paraId="452B0BC5" w14:textId="77777777" w:rsidR="00E03C8A" w:rsidRPr="00114E7D" w:rsidRDefault="00000000" w:rsidP="00291D52">
      <w:pPr>
        <w:pStyle w:val="a"/>
        <w:numPr>
          <w:ilvl w:val="0"/>
          <w:numId w:val="0"/>
        </w:numPr>
        <w:shd w:val="clear" w:color="auto" w:fill="F2F2F2" w:themeFill="background1" w:themeFillShade="F2"/>
        <w:spacing w:after="120"/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9. Which factor determines the quality of bioplastics?</w:t>
      </w:r>
    </w:p>
    <w:p w14:paraId="1F6F5378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A. Molding</w:t>
      </w:r>
    </w:p>
    <w:p w14:paraId="0CE1E057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B. Disposal</w:t>
      </w:r>
    </w:p>
    <w:p w14:paraId="5068107E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C. Usage</w:t>
      </w:r>
    </w:p>
    <w:p w14:paraId="434D9607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D. Production</w:t>
      </w:r>
    </w:p>
    <w:p w14:paraId="128165BC" w14:textId="3D671332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6239C8">
        <w:rPr>
          <w:rFonts w:ascii="Times New Roman" w:hAnsi="Times New Roman" w:cs="Times New Roman"/>
          <w:b/>
          <w:bCs/>
          <w:sz w:val="24"/>
          <w:szCs w:val="24"/>
        </w:rPr>
        <w:t>E. Biodegradability</w:t>
      </w:r>
      <w:r w:rsidR="00744BE0" w:rsidRPr="00114E7D">
        <w:rPr>
          <w:rFonts w:ascii="Times New Roman" w:hAnsi="Times New Roman" w:cs="Times New Roman"/>
          <w:sz w:val="24"/>
          <w:szCs w:val="24"/>
        </w:rPr>
        <w:t xml:space="preserve"> 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(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092892F3" w14:textId="77777777" w:rsidR="00E03C8A" w:rsidRPr="00114E7D" w:rsidRDefault="00000000" w:rsidP="009379BF">
      <w:pPr>
        <w:pStyle w:val="a"/>
        <w:numPr>
          <w:ilvl w:val="0"/>
          <w:numId w:val="0"/>
        </w:numPr>
        <w:shd w:val="clear" w:color="auto" w:fill="F2F2F2" w:themeFill="background1" w:themeFillShade="F2"/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10. Given the table showing degradation times of bioplastics A, B, and C, which statement is incorrect?</w:t>
      </w:r>
    </w:p>
    <w:tbl>
      <w:tblPr>
        <w:tblStyle w:val="aff2"/>
        <w:tblW w:w="0" w:type="auto"/>
        <w:jc w:val="center"/>
        <w:tblLook w:val="04A0" w:firstRow="1" w:lastRow="0" w:firstColumn="1" w:lastColumn="0" w:noHBand="0" w:noVBand="1"/>
      </w:tblPr>
      <w:tblGrid>
        <w:gridCol w:w="1447"/>
        <w:gridCol w:w="1770"/>
        <w:gridCol w:w="2928"/>
      </w:tblGrid>
      <w:tr w:rsidR="00396513" w:rsidRPr="00114E7D" w14:paraId="515ACD65" w14:textId="77777777" w:rsidTr="006239C8">
        <w:trPr>
          <w:jc w:val="center"/>
        </w:trPr>
        <w:tc>
          <w:tcPr>
            <w:tcW w:w="1447" w:type="dxa"/>
          </w:tcPr>
          <w:p w14:paraId="211A2694" w14:textId="11A965DE" w:rsidR="00396513" w:rsidRPr="00114E7D" w:rsidRDefault="00396513" w:rsidP="00082D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E7D">
              <w:rPr>
                <w:rFonts w:ascii="Times New Roman" w:hAnsi="Times New Roman" w:cs="Times New Roman"/>
                <w:sz w:val="24"/>
                <w:szCs w:val="24"/>
              </w:rPr>
              <w:t>Number</w:t>
            </w:r>
          </w:p>
        </w:tc>
        <w:tc>
          <w:tcPr>
            <w:tcW w:w="1770" w:type="dxa"/>
          </w:tcPr>
          <w:p w14:paraId="0346C49A" w14:textId="06046CAE" w:rsidR="00396513" w:rsidRPr="00114E7D" w:rsidRDefault="00396513" w:rsidP="00082D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E7D">
              <w:rPr>
                <w:rFonts w:ascii="Times New Roman" w:hAnsi="Times New Roman" w:cs="Times New Roman"/>
                <w:sz w:val="24"/>
                <w:szCs w:val="24"/>
              </w:rPr>
              <w:t>Bioplastic</w:t>
            </w:r>
          </w:p>
        </w:tc>
        <w:tc>
          <w:tcPr>
            <w:tcW w:w="2928" w:type="dxa"/>
          </w:tcPr>
          <w:p w14:paraId="4CF0EA56" w14:textId="5B746FC4" w:rsidR="00396513" w:rsidRPr="00114E7D" w:rsidRDefault="00082DEC" w:rsidP="00082D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114E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Decomposition time (days)</w:t>
            </w:r>
          </w:p>
        </w:tc>
      </w:tr>
      <w:tr w:rsidR="00396513" w:rsidRPr="00114E7D" w14:paraId="59F09F92" w14:textId="77777777" w:rsidTr="006239C8">
        <w:trPr>
          <w:jc w:val="center"/>
        </w:trPr>
        <w:tc>
          <w:tcPr>
            <w:tcW w:w="1447" w:type="dxa"/>
          </w:tcPr>
          <w:p w14:paraId="2386789B" w14:textId="757D522B" w:rsidR="00396513" w:rsidRPr="00114E7D" w:rsidRDefault="00396513" w:rsidP="00082D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th-TH"/>
              </w:rPr>
            </w:pPr>
            <w:r w:rsidRPr="00114E7D">
              <w:rPr>
                <w:rFonts w:ascii="Times New Roman" w:hAnsi="Times New Roman" w:cs="Times New Roman"/>
                <w:sz w:val="24"/>
                <w:szCs w:val="24"/>
                <w:cs/>
              </w:rPr>
              <w:t>1</w:t>
            </w:r>
          </w:p>
        </w:tc>
        <w:tc>
          <w:tcPr>
            <w:tcW w:w="1770" w:type="dxa"/>
          </w:tcPr>
          <w:p w14:paraId="78CD8EC6" w14:textId="77777777" w:rsidR="00396513" w:rsidRPr="00114E7D" w:rsidRDefault="00396513" w:rsidP="00082D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E7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928" w:type="dxa"/>
          </w:tcPr>
          <w:p w14:paraId="00EB322D" w14:textId="77777777" w:rsidR="00396513" w:rsidRPr="00114E7D" w:rsidRDefault="00396513" w:rsidP="00082D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E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96513" w:rsidRPr="00114E7D" w14:paraId="3BD4C4AF" w14:textId="77777777" w:rsidTr="006239C8">
        <w:trPr>
          <w:jc w:val="center"/>
        </w:trPr>
        <w:tc>
          <w:tcPr>
            <w:tcW w:w="1447" w:type="dxa"/>
          </w:tcPr>
          <w:p w14:paraId="7F2678DB" w14:textId="63C6365A" w:rsidR="00396513" w:rsidRPr="00114E7D" w:rsidRDefault="00396513" w:rsidP="00082D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th-TH"/>
              </w:rPr>
            </w:pPr>
            <w:r w:rsidRPr="00114E7D">
              <w:rPr>
                <w:rFonts w:ascii="Times New Roman" w:hAnsi="Times New Roman" w:cs="Times New Roman"/>
                <w:sz w:val="24"/>
                <w:szCs w:val="24"/>
                <w:cs/>
              </w:rPr>
              <w:t>2</w:t>
            </w:r>
          </w:p>
        </w:tc>
        <w:tc>
          <w:tcPr>
            <w:tcW w:w="1770" w:type="dxa"/>
          </w:tcPr>
          <w:p w14:paraId="01F7668B" w14:textId="77777777" w:rsidR="00396513" w:rsidRPr="00114E7D" w:rsidRDefault="00396513" w:rsidP="00082D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E7D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928" w:type="dxa"/>
          </w:tcPr>
          <w:p w14:paraId="0B259514" w14:textId="77777777" w:rsidR="00396513" w:rsidRPr="00114E7D" w:rsidRDefault="00396513" w:rsidP="00082D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E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96513" w:rsidRPr="00114E7D" w14:paraId="0780A209" w14:textId="77777777" w:rsidTr="006239C8">
        <w:trPr>
          <w:jc w:val="center"/>
        </w:trPr>
        <w:tc>
          <w:tcPr>
            <w:tcW w:w="1447" w:type="dxa"/>
          </w:tcPr>
          <w:p w14:paraId="6C8A42AE" w14:textId="462008C4" w:rsidR="00396513" w:rsidRPr="00114E7D" w:rsidRDefault="00396513" w:rsidP="00082D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th-TH"/>
              </w:rPr>
            </w:pPr>
            <w:r w:rsidRPr="00114E7D">
              <w:rPr>
                <w:rFonts w:ascii="Times New Roman" w:hAnsi="Times New Roman" w:cs="Times New Roman"/>
                <w:sz w:val="24"/>
                <w:szCs w:val="24"/>
                <w:cs/>
              </w:rPr>
              <w:t>3</w:t>
            </w:r>
          </w:p>
        </w:tc>
        <w:tc>
          <w:tcPr>
            <w:tcW w:w="1770" w:type="dxa"/>
          </w:tcPr>
          <w:p w14:paraId="0F2D0B52" w14:textId="77777777" w:rsidR="00396513" w:rsidRPr="00114E7D" w:rsidRDefault="00396513" w:rsidP="00082D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E7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928" w:type="dxa"/>
          </w:tcPr>
          <w:p w14:paraId="4E17F0E0" w14:textId="77777777" w:rsidR="00396513" w:rsidRPr="00114E7D" w:rsidRDefault="00396513" w:rsidP="00082D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E7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5D2F2C36" w14:textId="70532DE6" w:rsidR="00396513" w:rsidRPr="00114E7D" w:rsidRDefault="00396513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6"/>
          <w:szCs w:val="6"/>
          <w:lang w:bidi="th-TH"/>
        </w:rPr>
      </w:pPr>
    </w:p>
    <w:p w14:paraId="749A29D9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A. B is the best bioplastic</w:t>
      </w:r>
    </w:p>
    <w:p w14:paraId="5944652A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B. C is the least effective bioplastic</w:t>
      </w:r>
    </w:p>
    <w:p w14:paraId="2FE9D580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C. Quality ranking is B &gt; A &gt; C</w:t>
      </w:r>
    </w:p>
    <w:p w14:paraId="38B04FCA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D. B degrades the fastest</w:t>
      </w:r>
    </w:p>
    <w:p w14:paraId="5EF1CC60" w14:textId="5D1E2FAF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6239C8">
        <w:rPr>
          <w:rFonts w:ascii="Times New Roman" w:hAnsi="Times New Roman" w:cs="Times New Roman"/>
          <w:b/>
          <w:bCs/>
          <w:sz w:val="24"/>
          <w:szCs w:val="24"/>
        </w:rPr>
        <w:t>E. A degrades the slowest</w:t>
      </w:r>
      <w:r w:rsidR="00744BE0" w:rsidRPr="00114E7D">
        <w:rPr>
          <w:rFonts w:ascii="Times New Roman" w:hAnsi="Times New Roman" w:cs="Times New Roman"/>
          <w:sz w:val="24"/>
          <w:szCs w:val="24"/>
        </w:rPr>
        <w:t xml:space="preserve"> 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(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7D3A7076" w14:textId="77777777" w:rsidR="00E03C8A" w:rsidRPr="00114E7D" w:rsidRDefault="00000000" w:rsidP="009379BF">
      <w:pPr>
        <w:pStyle w:val="a"/>
        <w:numPr>
          <w:ilvl w:val="0"/>
          <w:numId w:val="0"/>
        </w:numPr>
        <w:shd w:val="clear" w:color="auto" w:fill="F2F2F2" w:themeFill="background1" w:themeFillShade="F2"/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lastRenderedPageBreak/>
        <w:t>11. Which polymer is the most environmentally friendly?</w:t>
      </w:r>
    </w:p>
    <w:p w14:paraId="45F96D28" w14:textId="6A1827D6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6239C8">
        <w:rPr>
          <w:rFonts w:ascii="Times New Roman" w:hAnsi="Times New Roman" w:cs="Times New Roman"/>
          <w:b/>
          <w:bCs/>
          <w:sz w:val="24"/>
          <w:szCs w:val="24"/>
        </w:rPr>
        <w:t>A. Poly lactic acid</w:t>
      </w:r>
      <w:r w:rsidR="00744BE0" w:rsidRPr="006239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(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0CDD6EFA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B. Polypropylene</w:t>
      </w:r>
    </w:p>
    <w:p w14:paraId="25F71F53" w14:textId="4CEE28DE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C. Polyvinylchloride</w:t>
      </w:r>
    </w:p>
    <w:p w14:paraId="147976F7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D. Polyethylene terephthalate</w:t>
      </w:r>
    </w:p>
    <w:p w14:paraId="12D5A3F8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E. Polystyrene</w:t>
      </w:r>
    </w:p>
    <w:p w14:paraId="29002A73" w14:textId="77777777" w:rsidR="00E03C8A" w:rsidRPr="00114E7D" w:rsidRDefault="00000000" w:rsidP="009379BF">
      <w:pPr>
        <w:pStyle w:val="a"/>
        <w:numPr>
          <w:ilvl w:val="0"/>
          <w:numId w:val="0"/>
        </w:numPr>
        <w:shd w:val="clear" w:color="auto" w:fill="F2F2F2" w:themeFill="background1" w:themeFillShade="F2"/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12. Which of the following is not a valid model to explain bioplastic degradation time?</w:t>
      </w:r>
    </w:p>
    <w:p w14:paraId="066950F4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A. Graphic</w:t>
      </w:r>
    </w:p>
    <w:p w14:paraId="11534595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B. Bar chart</w:t>
      </w:r>
    </w:p>
    <w:p w14:paraId="42A12DA9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C. Pie chart</w:t>
      </w:r>
    </w:p>
    <w:p w14:paraId="3C617FA4" w14:textId="6E95C1D8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BE38B0">
        <w:rPr>
          <w:rFonts w:ascii="Times New Roman" w:hAnsi="Times New Roman" w:cs="Times New Roman"/>
          <w:b/>
          <w:bCs/>
          <w:sz w:val="24"/>
          <w:szCs w:val="24"/>
        </w:rPr>
        <w:t>D. Scale</w:t>
      </w:r>
      <w:r w:rsidR="00744BE0" w:rsidRPr="00114E7D">
        <w:rPr>
          <w:rFonts w:ascii="Times New Roman" w:hAnsi="Times New Roman" w:cs="Times New Roman"/>
          <w:sz w:val="24"/>
          <w:szCs w:val="24"/>
        </w:rPr>
        <w:t xml:space="preserve"> 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(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036A88DA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E. Equation</w:t>
      </w:r>
    </w:p>
    <w:p w14:paraId="2910D79B" w14:textId="77777777" w:rsidR="00E03C8A" w:rsidRPr="00114E7D" w:rsidRDefault="00000000" w:rsidP="009379BF">
      <w:pPr>
        <w:pStyle w:val="a"/>
        <w:numPr>
          <w:ilvl w:val="0"/>
          <w:numId w:val="0"/>
        </w:numPr>
        <w:shd w:val="clear" w:color="auto" w:fill="F2F2F2" w:themeFill="background1" w:themeFillShade="F2"/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13. Which format best illustrates the degradation timeline of various bioplastics?</w:t>
      </w:r>
    </w:p>
    <w:p w14:paraId="062C28EF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A. Pie chart</w:t>
      </w:r>
    </w:p>
    <w:p w14:paraId="672B0135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B. Equation</w:t>
      </w:r>
    </w:p>
    <w:p w14:paraId="77DA4AC8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C. Scale</w:t>
      </w:r>
    </w:p>
    <w:p w14:paraId="0C73D684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D. Formula</w:t>
      </w:r>
    </w:p>
    <w:p w14:paraId="52F9432B" w14:textId="023A78C1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BE38B0">
        <w:rPr>
          <w:rFonts w:ascii="Times New Roman" w:hAnsi="Times New Roman" w:cs="Times New Roman"/>
          <w:b/>
          <w:bCs/>
          <w:sz w:val="24"/>
          <w:szCs w:val="24"/>
        </w:rPr>
        <w:t>E. Infographic</w:t>
      </w:r>
      <w:r w:rsidR="00744BE0" w:rsidRPr="00114E7D">
        <w:rPr>
          <w:rFonts w:ascii="Times New Roman" w:hAnsi="Times New Roman" w:cs="Times New Roman"/>
          <w:sz w:val="24"/>
          <w:szCs w:val="24"/>
        </w:rPr>
        <w:t xml:space="preserve"> 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(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3F92B1D2" w14:textId="77777777" w:rsidR="00E03C8A" w:rsidRPr="00114E7D" w:rsidRDefault="00000000" w:rsidP="009379BF">
      <w:pPr>
        <w:pStyle w:val="a"/>
        <w:numPr>
          <w:ilvl w:val="0"/>
          <w:numId w:val="0"/>
        </w:numPr>
        <w:shd w:val="clear" w:color="auto" w:fill="F2F2F2" w:themeFill="background1" w:themeFillShade="F2"/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14. What is the most suitable approach to promoting responsible plastic use in the community?</w:t>
      </w:r>
    </w:p>
    <w:p w14:paraId="79BCA006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A. Ban all plastic use completely</w:t>
      </w:r>
    </w:p>
    <w:p w14:paraId="5454051B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B. Propose more plastic waste bins to community leaders</w:t>
      </w:r>
    </w:p>
    <w:p w14:paraId="3654D19F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C. Use alternative materials</w:t>
      </w:r>
    </w:p>
    <w:p w14:paraId="6EFAA16B" w14:textId="18372C34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BE38B0">
        <w:rPr>
          <w:rFonts w:ascii="Times New Roman" w:hAnsi="Times New Roman" w:cs="Times New Roman"/>
          <w:b/>
          <w:bCs/>
          <w:sz w:val="24"/>
          <w:szCs w:val="24"/>
        </w:rPr>
        <w:t>D. Avoid single-use plastics</w:t>
      </w:r>
      <w:r w:rsidR="00744BE0" w:rsidRPr="00114E7D">
        <w:rPr>
          <w:rFonts w:ascii="Times New Roman" w:hAnsi="Times New Roman" w:cs="Times New Roman"/>
          <w:sz w:val="24"/>
          <w:szCs w:val="24"/>
          <w:cs/>
          <w:lang w:bidi="th-TH"/>
        </w:rPr>
        <w:t xml:space="preserve"> 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(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200F6BDA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E. Campaign for proper plastic incineration</w:t>
      </w:r>
    </w:p>
    <w:p w14:paraId="0AA945EB" w14:textId="77777777" w:rsidR="00E03C8A" w:rsidRPr="00114E7D" w:rsidRDefault="00000000" w:rsidP="009379BF">
      <w:pPr>
        <w:pStyle w:val="a"/>
        <w:numPr>
          <w:ilvl w:val="0"/>
          <w:numId w:val="0"/>
        </w:numPr>
        <w:shd w:val="clear" w:color="auto" w:fill="F2F2F2" w:themeFill="background1" w:themeFillShade="F2"/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15. To determine daily plastic use, which method is most appropriate?</w:t>
      </w:r>
    </w:p>
    <w:p w14:paraId="1AEBF2EF" w14:textId="17A78131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BE38B0">
        <w:rPr>
          <w:rFonts w:ascii="Times New Roman" w:hAnsi="Times New Roman" w:cs="Times New Roman"/>
          <w:b/>
          <w:bCs/>
          <w:sz w:val="24"/>
          <w:szCs w:val="24"/>
        </w:rPr>
        <w:t>A. Survey</w:t>
      </w:r>
      <w:r w:rsidR="00744BE0" w:rsidRPr="00114E7D">
        <w:rPr>
          <w:rFonts w:ascii="Times New Roman" w:hAnsi="Times New Roman" w:cs="Times New Roman"/>
          <w:sz w:val="24"/>
          <w:szCs w:val="24"/>
          <w:cs/>
          <w:lang w:bidi="th-TH"/>
        </w:rPr>
        <w:t xml:space="preserve"> 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(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68D374E4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B. Experiment</w:t>
      </w:r>
    </w:p>
    <w:p w14:paraId="13384644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C. Design and development research</w:t>
      </w:r>
    </w:p>
    <w:p w14:paraId="70EC66B5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D. Literature review</w:t>
      </w:r>
    </w:p>
    <w:p w14:paraId="59195C89" w14:textId="2C9B6EA1" w:rsidR="00082DEC" w:rsidRDefault="00000000" w:rsidP="009379BF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  <w:lang w:bidi="th-TH"/>
        </w:rPr>
      </w:pPr>
      <w:r w:rsidRPr="00114E7D">
        <w:rPr>
          <w:rFonts w:ascii="Times New Roman" w:hAnsi="Times New Roman" w:cs="Times New Roman"/>
          <w:sz w:val="24"/>
          <w:szCs w:val="24"/>
        </w:rPr>
        <w:t>E. Meta-analysis</w:t>
      </w:r>
    </w:p>
    <w:p w14:paraId="69FA5FC6" w14:textId="77777777" w:rsidR="00291D52" w:rsidRDefault="00291D52" w:rsidP="009379BF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  <w:lang w:bidi="th-TH"/>
        </w:rPr>
      </w:pPr>
    </w:p>
    <w:p w14:paraId="3D0BA5F3" w14:textId="77777777" w:rsidR="00291D52" w:rsidRPr="00114E7D" w:rsidRDefault="00291D52" w:rsidP="009379BF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  <w:lang w:bidi="th-TH"/>
        </w:rPr>
      </w:pPr>
    </w:p>
    <w:p w14:paraId="35BC5F09" w14:textId="77777777" w:rsidR="00E03C8A" w:rsidRPr="00114E7D" w:rsidRDefault="00000000" w:rsidP="009379BF">
      <w:pPr>
        <w:pStyle w:val="a"/>
        <w:numPr>
          <w:ilvl w:val="0"/>
          <w:numId w:val="0"/>
        </w:numPr>
        <w:shd w:val="clear" w:color="auto" w:fill="F2F2F2" w:themeFill="background1" w:themeFillShade="F2"/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lastRenderedPageBreak/>
        <w:t>16. Given a summary of plastic usage by individuals A, B, and C, which presentation format is most appropriate?</w:t>
      </w:r>
    </w:p>
    <w:p w14:paraId="16969E0F" w14:textId="5081A20E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8A2545">
        <w:rPr>
          <w:rFonts w:ascii="Times New Roman" w:hAnsi="Times New Roman" w:cs="Times New Roman"/>
          <w:b/>
          <w:bCs/>
          <w:sz w:val="24"/>
          <w:szCs w:val="24"/>
        </w:rPr>
        <w:t>A. Table</w:t>
      </w:r>
      <w:r w:rsidR="00744BE0" w:rsidRPr="00114E7D">
        <w:rPr>
          <w:rFonts w:ascii="Times New Roman" w:hAnsi="Times New Roman" w:cs="Times New Roman"/>
          <w:sz w:val="24"/>
          <w:szCs w:val="24"/>
          <w:cs/>
          <w:lang w:bidi="th-TH"/>
        </w:rPr>
        <w:t xml:space="preserve"> 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(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2B3A6B5C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B. Pie chart</w:t>
      </w:r>
    </w:p>
    <w:p w14:paraId="7B356DF4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C. Scale</w:t>
      </w:r>
    </w:p>
    <w:p w14:paraId="4BC8190F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D. Equation</w:t>
      </w:r>
    </w:p>
    <w:p w14:paraId="5676322F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E. Symbols</w:t>
      </w:r>
    </w:p>
    <w:p w14:paraId="0F7017D5" w14:textId="77777777" w:rsidR="00E03C8A" w:rsidRPr="00114E7D" w:rsidRDefault="00000000" w:rsidP="009379BF">
      <w:pPr>
        <w:pStyle w:val="a"/>
        <w:numPr>
          <w:ilvl w:val="0"/>
          <w:numId w:val="0"/>
        </w:numPr>
        <w:shd w:val="clear" w:color="auto" w:fill="F2F2F2" w:themeFill="background1" w:themeFillShade="F2"/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17. A plastic waste survey shows no PET usage, which seems unreasonable. What is the best explanation and response?</w:t>
      </w:r>
    </w:p>
    <w:p w14:paraId="5A4F094A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A. Respondents didn’t care, so stop the survey</w:t>
      </w:r>
    </w:p>
    <w:p w14:paraId="25243D97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B. Respondents didn’t care, change the method</w:t>
      </w:r>
    </w:p>
    <w:p w14:paraId="7A5B9E4C" w14:textId="6A78E56A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C</w:t>
      </w:r>
      <w:r w:rsidRPr="008A2545">
        <w:rPr>
          <w:rFonts w:ascii="Times New Roman" w:hAnsi="Times New Roman" w:cs="Times New Roman"/>
          <w:b/>
          <w:bCs/>
          <w:sz w:val="24"/>
          <w:szCs w:val="24"/>
        </w:rPr>
        <w:t xml:space="preserve">. Respondents didn’t care, </w:t>
      </w:r>
      <w:r w:rsidR="008A2545" w:rsidRPr="008A2545">
        <w:rPr>
          <w:rFonts w:ascii="Times New Roman" w:hAnsi="Times New Roman" w:cs="Times New Roman"/>
          <w:b/>
          <w:bCs/>
          <w:sz w:val="24"/>
          <w:szCs w:val="24"/>
        </w:rPr>
        <w:t>provided</w:t>
      </w:r>
      <w:r w:rsidRPr="008A2545">
        <w:rPr>
          <w:rFonts w:ascii="Times New Roman" w:hAnsi="Times New Roman" w:cs="Times New Roman"/>
          <w:b/>
          <w:bCs/>
          <w:sz w:val="24"/>
          <w:szCs w:val="24"/>
        </w:rPr>
        <w:t xml:space="preserve"> simple ID </w:t>
      </w:r>
      <w:r w:rsidR="008A2545" w:rsidRPr="008A2545">
        <w:rPr>
          <w:rFonts w:ascii="Times New Roman" w:hAnsi="Times New Roman" w:cs="Times New Roman"/>
          <w:b/>
          <w:bCs/>
          <w:sz w:val="24"/>
          <w:szCs w:val="24"/>
        </w:rPr>
        <w:t>training</w:t>
      </w:r>
      <w:r w:rsidR="008A2545" w:rsidRPr="00114E7D">
        <w:rPr>
          <w:rFonts w:ascii="Times New Roman" w:hAnsi="Times New Roman" w:cs="Times New Roman"/>
          <w:sz w:val="24"/>
          <w:szCs w:val="24"/>
        </w:rPr>
        <w:t xml:space="preserve"> </w:t>
      </w:r>
      <w:r w:rsidR="008A2545" w:rsidRPr="00114E7D">
        <w:rPr>
          <w:rFonts w:ascii="Times New Roman" w:hAnsi="Times New Roman" w:cs="Angsana New" w:hint="cs"/>
          <w:sz w:val="24"/>
          <w:szCs w:val="24"/>
          <w:cs/>
          <w:lang w:bidi="th-TH"/>
        </w:rPr>
        <w:t>(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27D4BEA6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D. Respondents didn’t care, exclude them</w:t>
      </w:r>
    </w:p>
    <w:p w14:paraId="27A2B5A8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E. Respondents didn’t care, disqualify their participation</w:t>
      </w:r>
    </w:p>
    <w:p w14:paraId="281FAF38" w14:textId="77777777" w:rsidR="00E03C8A" w:rsidRPr="00114E7D" w:rsidRDefault="00000000" w:rsidP="009379BF">
      <w:pPr>
        <w:pStyle w:val="a"/>
        <w:numPr>
          <w:ilvl w:val="0"/>
          <w:numId w:val="0"/>
        </w:numPr>
        <w:shd w:val="clear" w:color="auto" w:fill="F2F2F2" w:themeFill="background1" w:themeFillShade="F2"/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18. What is the main benefit of the plastic reuse principle?</w:t>
      </w:r>
    </w:p>
    <w:p w14:paraId="6291D23B" w14:textId="07A485C9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5F381E">
        <w:rPr>
          <w:rFonts w:ascii="Times New Roman" w:hAnsi="Times New Roman" w:cs="Times New Roman"/>
          <w:b/>
          <w:bCs/>
          <w:sz w:val="24"/>
          <w:szCs w:val="24"/>
        </w:rPr>
        <w:t>A. Maximizing resource longevity</w:t>
      </w:r>
      <w:r w:rsidR="00744BE0" w:rsidRPr="00114E7D">
        <w:rPr>
          <w:rFonts w:ascii="Times New Roman" w:hAnsi="Times New Roman" w:cs="Times New Roman"/>
          <w:sz w:val="24"/>
          <w:szCs w:val="24"/>
          <w:cs/>
          <w:lang w:bidi="th-TH"/>
        </w:rPr>
        <w:t xml:space="preserve"> 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(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0F3B07F0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B. Preserving plastic for long-term use</w:t>
      </w:r>
    </w:p>
    <w:p w14:paraId="66AC483E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C. Maintaining plastic quality</w:t>
      </w:r>
    </w:p>
    <w:p w14:paraId="7A5C6C5B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D. Sustaining plastic availability</w:t>
      </w:r>
    </w:p>
    <w:p w14:paraId="46B5C63C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E. Promoting continuous plastic use</w:t>
      </w:r>
    </w:p>
    <w:p w14:paraId="4682CA48" w14:textId="77777777" w:rsidR="00E03C8A" w:rsidRPr="00114E7D" w:rsidRDefault="00000000" w:rsidP="009379BF">
      <w:pPr>
        <w:pStyle w:val="a"/>
        <w:numPr>
          <w:ilvl w:val="0"/>
          <w:numId w:val="0"/>
        </w:numPr>
        <w:shd w:val="clear" w:color="auto" w:fill="F2F2F2" w:themeFill="background1" w:themeFillShade="F2"/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19. Which process reduces plastic waste by transforming it into valuable products?</w:t>
      </w:r>
    </w:p>
    <w:p w14:paraId="229707DF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A. Reduce</w:t>
      </w:r>
    </w:p>
    <w:p w14:paraId="1715B614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B. Reuse</w:t>
      </w:r>
    </w:p>
    <w:p w14:paraId="36F6DC5B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C. Re-purpose</w:t>
      </w:r>
    </w:p>
    <w:p w14:paraId="377066A7" w14:textId="4DAD1B2D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5F381E">
        <w:rPr>
          <w:rFonts w:ascii="Times New Roman" w:hAnsi="Times New Roman" w:cs="Times New Roman"/>
          <w:b/>
          <w:bCs/>
          <w:sz w:val="24"/>
          <w:szCs w:val="24"/>
        </w:rPr>
        <w:t>D. Recycling</w:t>
      </w:r>
      <w:r w:rsidR="00744BE0" w:rsidRPr="00114E7D">
        <w:rPr>
          <w:rFonts w:ascii="Times New Roman" w:hAnsi="Times New Roman" w:cs="Times New Roman"/>
          <w:sz w:val="24"/>
          <w:szCs w:val="24"/>
          <w:cs/>
          <w:lang w:bidi="th-TH"/>
        </w:rPr>
        <w:t xml:space="preserve"> 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(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6E1ED51B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E. Reconsuming</w:t>
      </w:r>
    </w:p>
    <w:p w14:paraId="2FE24EBE" w14:textId="77777777" w:rsidR="00E03C8A" w:rsidRPr="00114E7D" w:rsidRDefault="00000000" w:rsidP="009379BF">
      <w:pPr>
        <w:pStyle w:val="a"/>
        <w:numPr>
          <w:ilvl w:val="0"/>
          <w:numId w:val="0"/>
        </w:numPr>
        <w:shd w:val="clear" w:color="auto" w:fill="F2F2F2" w:themeFill="background1" w:themeFillShade="F2"/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20. Which method is commonly used to convert plastic waste into valuable products?</w:t>
      </w:r>
    </w:p>
    <w:p w14:paraId="17F39216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A. Gasification</w:t>
      </w:r>
    </w:p>
    <w:p w14:paraId="76381F45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B. Filtration</w:t>
      </w:r>
    </w:p>
    <w:p w14:paraId="62148CA1" w14:textId="77777777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>C. Chromatography</w:t>
      </w:r>
    </w:p>
    <w:p w14:paraId="4963F25A" w14:textId="04F87F2B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5F381E">
        <w:rPr>
          <w:rFonts w:ascii="Times New Roman" w:hAnsi="Times New Roman" w:cs="Times New Roman"/>
          <w:b/>
          <w:bCs/>
          <w:sz w:val="24"/>
          <w:szCs w:val="24"/>
        </w:rPr>
        <w:t>D. Pyrolysis</w:t>
      </w:r>
      <w:r w:rsidR="00744BE0" w:rsidRPr="00114E7D">
        <w:rPr>
          <w:rFonts w:ascii="Times New Roman" w:hAnsi="Times New Roman" w:cs="Times New Roman"/>
          <w:sz w:val="24"/>
          <w:szCs w:val="24"/>
          <w:cs/>
          <w:lang w:bidi="th-TH"/>
        </w:rPr>
        <w:t xml:space="preserve"> 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(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744BE0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2B84A3D5" w14:textId="4C3344BA" w:rsidR="00082DEC" w:rsidRDefault="00000000" w:rsidP="005F381E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  <w:lang w:bidi="th-TH"/>
        </w:rPr>
      </w:pPr>
      <w:r w:rsidRPr="00114E7D">
        <w:rPr>
          <w:rFonts w:ascii="Times New Roman" w:hAnsi="Times New Roman" w:cs="Times New Roman"/>
          <w:sz w:val="24"/>
          <w:szCs w:val="24"/>
        </w:rPr>
        <w:t>E. Hydrolysis</w:t>
      </w:r>
    </w:p>
    <w:p w14:paraId="0EF24F50" w14:textId="77777777" w:rsidR="009379BF" w:rsidRPr="00114E7D" w:rsidRDefault="009379BF" w:rsidP="005F381E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  <w:lang w:bidi="th-TH"/>
        </w:rPr>
      </w:pPr>
    </w:p>
    <w:p w14:paraId="51FE8BEF" w14:textId="22D19BD1" w:rsidR="00E03C8A" w:rsidRPr="00114E7D" w:rsidRDefault="009379BF" w:rsidP="009379BF">
      <w:pPr>
        <w:pStyle w:val="a"/>
        <w:numPr>
          <w:ilvl w:val="0"/>
          <w:numId w:val="0"/>
        </w:numPr>
        <w:shd w:val="clear" w:color="auto" w:fill="F2F2F2" w:themeFill="background1" w:themeFillShade="F2"/>
        <w:jc w:val="thaiDistribute"/>
        <w:rPr>
          <w:rFonts w:ascii="Times New Roman" w:hAnsi="Times New Roman" w:cs="Times New Roman"/>
          <w:sz w:val="24"/>
          <w:szCs w:val="24"/>
          <w:lang w:bidi="th-TH"/>
        </w:rPr>
      </w:pPr>
      <w:r w:rsidRPr="00114E7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5168" behindDoc="0" locked="0" layoutInCell="1" allowOverlap="1" wp14:anchorId="3AFA710C" wp14:editId="18AFE8B5">
            <wp:simplePos x="0" y="0"/>
            <wp:positionH relativeFrom="margin">
              <wp:posOffset>850900</wp:posOffset>
            </wp:positionH>
            <wp:positionV relativeFrom="paragraph">
              <wp:posOffset>252730</wp:posOffset>
            </wp:positionV>
            <wp:extent cx="3263900" cy="1187450"/>
            <wp:effectExtent l="0" t="0" r="0" b="0"/>
            <wp:wrapNone/>
            <wp:docPr id="285123577" name="Picture 24" descr="IMG_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56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E7D">
        <w:rPr>
          <w:rFonts w:ascii="Times New Roman" w:hAnsi="Times New Roman" w:cs="Times New Roman"/>
          <w:sz w:val="24"/>
          <w:szCs w:val="24"/>
        </w:rPr>
        <w:t>21. Refer to the molecular structure and polymerization process shown in the images. What material is being described, commonly used in daily life for various purposes?</w:t>
      </w:r>
    </w:p>
    <w:p w14:paraId="127A4B78" w14:textId="3DCDFF8D" w:rsidR="00082DEC" w:rsidRPr="00114E7D" w:rsidRDefault="00082DEC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  <w:lang w:bidi="th-TH"/>
        </w:rPr>
      </w:pPr>
    </w:p>
    <w:p w14:paraId="422BAA60" w14:textId="05FB45BD" w:rsidR="00082DEC" w:rsidRPr="00114E7D" w:rsidRDefault="00082DEC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  <w:lang w:bidi="th-TH"/>
        </w:rPr>
      </w:pPr>
      <w:r w:rsidRPr="00114E7D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114E7D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"https://upload.wikimedia.org/wikipedia/commons/2/2c/Polyethylene-terephthalate-3D-balls.png" \* MERGEFORMATINET </w:instrText>
      </w:r>
      <w:r w:rsidRPr="00114E7D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114E7D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114E7D">
        <w:rPr>
          <w:rFonts w:ascii="Times New Roman" w:hAnsi="Times New Roman" w:cs="Times New Roman"/>
          <w:noProof/>
          <w:sz w:val="24"/>
          <w:szCs w:val="24"/>
        </w:rPr>
        <w:instrText xml:space="preserve"> INCLUDEPICTURE  "https://upload.wikimedia.org/wikipedia/commons/2/2c/Polyethylene-terephthalate-3D-balls.png" \* MERGEFORMATINET </w:instrText>
      </w:r>
      <w:r w:rsidRPr="00114E7D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114E7D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114E7D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14:paraId="0826A87B" w14:textId="77777777" w:rsidR="00082DEC" w:rsidRPr="00114E7D" w:rsidRDefault="00082DEC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  <w:lang w:bidi="th-TH"/>
        </w:rPr>
      </w:pPr>
    </w:p>
    <w:p w14:paraId="5CD03891" w14:textId="77777777" w:rsidR="00082DEC" w:rsidRPr="00114E7D" w:rsidRDefault="00082DEC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  <w:lang w:bidi="th-TH"/>
        </w:rPr>
      </w:pPr>
    </w:p>
    <w:p w14:paraId="796B1666" w14:textId="2A79F755" w:rsidR="00082DEC" w:rsidRPr="00114E7D" w:rsidRDefault="009379BF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  <w:lang w:bidi="th-TH"/>
        </w:rPr>
      </w:pPr>
      <w:r w:rsidRPr="00114E7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0FE2885" wp14:editId="4ED9BA39">
            <wp:simplePos x="0" y="0"/>
            <wp:positionH relativeFrom="margin">
              <wp:posOffset>806450</wp:posOffset>
            </wp:positionH>
            <wp:positionV relativeFrom="paragraph">
              <wp:posOffset>3810</wp:posOffset>
            </wp:positionV>
            <wp:extent cx="3232150" cy="1452309"/>
            <wp:effectExtent l="0" t="0" r="6350" b="0"/>
            <wp:wrapNone/>
            <wp:docPr id="7" name="รูปภาพ 7" descr="PET dari dimetil tereftalat dan etilena glik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ET dari dimetil tereftalat dan etilena gliko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45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8DFB0" w14:textId="5662E1B6" w:rsidR="00082DEC" w:rsidRPr="00114E7D" w:rsidRDefault="00082DEC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  <w:lang w:bidi="th-TH"/>
        </w:rPr>
      </w:pPr>
    </w:p>
    <w:p w14:paraId="6B57EB5D" w14:textId="2679E14C" w:rsidR="00082DEC" w:rsidRPr="00114E7D" w:rsidRDefault="00082DEC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  <w:lang w:bidi="th-TH"/>
        </w:rPr>
      </w:pPr>
    </w:p>
    <w:p w14:paraId="52EC8F35" w14:textId="76F1FE1E" w:rsidR="00082DEC" w:rsidRPr="00114E7D" w:rsidRDefault="00082DEC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  <w:lang w:bidi="th-TH"/>
        </w:rPr>
      </w:pPr>
    </w:p>
    <w:p w14:paraId="79BEF402" w14:textId="6576FADF" w:rsidR="00082DEC" w:rsidRPr="00114E7D" w:rsidRDefault="00082DEC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  <w:lang w:bidi="th-TH"/>
        </w:rPr>
      </w:pPr>
    </w:p>
    <w:p w14:paraId="0558EC78" w14:textId="2B9E5CA5" w:rsidR="00082DEC" w:rsidRPr="00114E7D" w:rsidRDefault="00082DEC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  <w:lang w:bidi="th-TH"/>
        </w:rPr>
      </w:pPr>
    </w:p>
    <w:p w14:paraId="1E56DB7F" w14:textId="77777777" w:rsidR="00082DEC" w:rsidRPr="00114E7D" w:rsidRDefault="00082DEC" w:rsidP="000952E5">
      <w:pPr>
        <w:pStyle w:val="a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  <w:lang w:bidi="th-TH"/>
        </w:rPr>
      </w:pPr>
    </w:p>
    <w:p w14:paraId="4DCD6431" w14:textId="3D96ADB6" w:rsidR="00652DE4" w:rsidRPr="00114E7D" w:rsidRDefault="00000000" w:rsidP="00652DE4">
      <w:pPr>
        <w:pStyle w:val="a0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5F381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114E7D">
        <w:rPr>
          <w:rFonts w:ascii="Times New Roman" w:hAnsi="Times New Roman" w:cs="Times New Roman"/>
          <w:sz w:val="24"/>
          <w:szCs w:val="24"/>
        </w:rPr>
        <w:t xml:space="preserve"> </w:t>
      </w:r>
      <w:r w:rsidR="00652DE4" w:rsidRPr="00114E7D">
        <w:rPr>
          <w:rFonts w:ascii="Times New Roman" w:hAnsi="Times New Roman" w:cs="Times New Roman"/>
          <w:sz w:val="24"/>
          <w:szCs w:val="24"/>
        </w:rPr>
        <w:t xml:space="preserve"> </w:t>
      </w:r>
      <w:r w:rsidR="00652DE4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(</w:t>
      </w:r>
      <w:r w:rsidR="00652DE4" w:rsidRPr="00114E7D">
        <w:rPr>
          <w:rFonts w:ascii="Times New Roman" w:hAnsi="Times New Roman" w:cs="Times New Roman"/>
          <w:color w:val="FF0000"/>
          <w:sz w:val="24"/>
          <w:szCs w:val="24"/>
          <w:lang w:bidi="th-TH"/>
        </w:rPr>
        <w:t>Correct Answer</w:t>
      </w:r>
      <w:r w:rsidR="00652DE4" w:rsidRPr="00114E7D">
        <w:rPr>
          <w:rFonts w:ascii="Times New Roman" w:hAnsi="Times New Roman" w:cs="Times New Roman"/>
          <w:color w:val="FF0000"/>
          <w:sz w:val="24"/>
          <w:szCs w:val="24"/>
          <w:cs/>
          <w:lang w:bidi="th-TH"/>
        </w:rPr>
        <w:t>)</w:t>
      </w:r>
    </w:p>
    <w:p w14:paraId="73DF0FF9" w14:textId="589300AC" w:rsidR="00082DEC" w:rsidRPr="00114E7D" w:rsidRDefault="009379BF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0832" behindDoc="0" locked="0" layoutInCell="1" allowOverlap="1" wp14:anchorId="09B8E6A2" wp14:editId="4BDF2BBA">
            <wp:simplePos x="0" y="0"/>
            <wp:positionH relativeFrom="margin">
              <wp:posOffset>977900</wp:posOffset>
            </wp:positionH>
            <wp:positionV relativeFrom="paragraph">
              <wp:posOffset>10795</wp:posOffset>
            </wp:positionV>
            <wp:extent cx="1784350" cy="896633"/>
            <wp:effectExtent l="0" t="0" r="6350" b="0"/>
            <wp:wrapNone/>
            <wp:docPr id="20191645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64556" name="Picture 8"/>
                    <pic:cNvPicPr/>
                  </pic:nvPicPr>
                  <pic:blipFill rotWithShape="1">
                    <a:blip r:embed="rId15"/>
                    <a:srcRect t="9990"/>
                    <a:stretch/>
                  </pic:blipFill>
                  <pic:spPr bwMode="auto">
                    <a:xfrm>
                      <a:off x="0" y="0"/>
                      <a:ext cx="1786816" cy="897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73631" w14:textId="7D5DA75A" w:rsidR="00082DEC" w:rsidRPr="00114E7D" w:rsidRDefault="00082DEC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5298E91E" w14:textId="77777777" w:rsidR="00082DEC" w:rsidRPr="00114E7D" w:rsidRDefault="00082DEC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30D52BD9" w14:textId="77777777" w:rsidR="00082DEC" w:rsidRPr="00114E7D" w:rsidRDefault="00082DEC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5B6ED472" w14:textId="219D208C" w:rsidR="00605C63" w:rsidRPr="00114E7D" w:rsidRDefault="009379BF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662237B" wp14:editId="05159939">
            <wp:simplePos x="0" y="0"/>
            <wp:positionH relativeFrom="margin">
              <wp:posOffset>933450</wp:posOffset>
            </wp:positionH>
            <wp:positionV relativeFrom="paragraph">
              <wp:posOffset>133350</wp:posOffset>
            </wp:positionV>
            <wp:extent cx="1581150" cy="978129"/>
            <wp:effectExtent l="0" t="0" r="0" b="0"/>
            <wp:wrapNone/>
            <wp:docPr id="12957134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13460" name="Picture 8"/>
                    <pic:cNvPicPr/>
                  </pic:nvPicPr>
                  <pic:blipFill rotWithShape="1">
                    <a:blip r:embed="rId16"/>
                    <a:srcRect t="12891" b="24618"/>
                    <a:stretch/>
                  </pic:blipFill>
                  <pic:spPr bwMode="auto">
                    <a:xfrm>
                      <a:off x="0" y="0"/>
                      <a:ext cx="1586191" cy="981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CB948" w14:textId="223D3814" w:rsidR="00E03C8A" w:rsidRPr="00114E7D" w:rsidRDefault="00652DE4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 xml:space="preserve">B. </w:t>
      </w:r>
    </w:p>
    <w:p w14:paraId="6E4C26ED" w14:textId="24044AC0" w:rsidR="00082DEC" w:rsidRPr="00114E7D" w:rsidRDefault="00082DEC" w:rsidP="00082DEC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7A7E578B" w14:textId="7580ECD8" w:rsidR="00082DEC" w:rsidRPr="00114E7D" w:rsidRDefault="00082DEC" w:rsidP="00082DEC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5BF15CAA" w14:textId="0369AC55" w:rsidR="00082DEC" w:rsidRPr="00114E7D" w:rsidRDefault="00082DEC" w:rsidP="00082DEC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6F55011A" w14:textId="7CF9E983" w:rsidR="003462FB" w:rsidRPr="00114E7D" w:rsidRDefault="009379BF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55692D4" wp14:editId="5491822B">
            <wp:simplePos x="0" y="0"/>
            <wp:positionH relativeFrom="margin">
              <wp:posOffset>1276350</wp:posOffset>
            </wp:positionH>
            <wp:positionV relativeFrom="paragraph">
              <wp:posOffset>124661</wp:posOffset>
            </wp:positionV>
            <wp:extent cx="947594" cy="1092200"/>
            <wp:effectExtent l="0" t="0" r="5080" b="0"/>
            <wp:wrapNone/>
            <wp:docPr id="19703770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77038" name="Picture 8"/>
                    <pic:cNvPicPr/>
                  </pic:nvPicPr>
                  <pic:blipFill rotWithShape="1">
                    <a:blip r:embed="rId17"/>
                    <a:srcRect l="13622" t="44688" r="17657" b="5394"/>
                    <a:stretch/>
                  </pic:blipFill>
                  <pic:spPr bwMode="auto">
                    <a:xfrm>
                      <a:off x="0" y="0"/>
                      <a:ext cx="947594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CCFC7" w14:textId="463867FB" w:rsidR="00E03C8A" w:rsidRPr="00114E7D" w:rsidRDefault="003F5C76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 xml:space="preserve">C. </w:t>
      </w:r>
    </w:p>
    <w:p w14:paraId="1D823BA5" w14:textId="281BE627" w:rsidR="00082DEC" w:rsidRPr="00114E7D" w:rsidRDefault="00082DEC" w:rsidP="00082DEC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2836E76F" w14:textId="13B79D60" w:rsidR="00082DEC" w:rsidRPr="00114E7D" w:rsidRDefault="00082DEC" w:rsidP="00082DEC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5D595388" w14:textId="28660D29" w:rsidR="00082DEC" w:rsidRPr="00114E7D" w:rsidRDefault="00082DEC" w:rsidP="00082DEC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1A3CCCE7" w14:textId="5D668DFD" w:rsidR="00605C63" w:rsidRPr="00114E7D" w:rsidRDefault="00605C63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0EABF038" w14:textId="5AD52B3E" w:rsidR="00E03C8A" w:rsidRPr="00114E7D" w:rsidRDefault="00652DE4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 xml:space="preserve">D. </w:t>
      </w:r>
    </w:p>
    <w:p w14:paraId="760D814B" w14:textId="3EE8D041" w:rsidR="00082DEC" w:rsidRPr="00114E7D" w:rsidRDefault="009379BF" w:rsidP="00082DEC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43A3CD7" wp14:editId="07EAFB76">
            <wp:simplePos x="0" y="0"/>
            <wp:positionH relativeFrom="margin">
              <wp:posOffset>1155700</wp:posOffset>
            </wp:positionH>
            <wp:positionV relativeFrom="paragraph">
              <wp:posOffset>8890</wp:posOffset>
            </wp:positionV>
            <wp:extent cx="1270000" cy="883896"/>
            <wp:effectExtent l="0" t="0" r="6350" b="0"/>
            <wp:wrapNone/>
            <wp:docPr id="1124064104" name="Picture 12" descr="รูปท่อพีวีซี PNG, ภาพท่อพีวีซี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รูปท่อพีวีซี PNG, ภาพท่อพีวีซีPSD, ดาวน์โหลดฟรี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9000" r="90000">
                                  <a14:foregroundMark x1="10320" y1="42080" x2="10320" y2="44720"/>
                                  <a14:foregroundMark x1="9520" y1="40760" x2="10040" y2="45760"/>
                                  <a14:foregroundMark x1="57680" y1="51600" x2="60600" y2="53720"/>
                                  <a14:foregroundMark x1="9000" y1="57160" x2="9520" y2="59520"/>
                                  <a14:foregroundMark x1="9240" y1="43120" x2="9240" y2="43120"/>
                                  <a14:foregroundMark x1="9240" y1="43120" x2="9240" y2="43120"/>
                                  <a14:backgroundMark x1="44720" y1="13240" x2="6520" y2="12440"/>
                                  <a14:backgroundMark x1="6520" y1="12440" x2="1040" y2="10320"/>
                                  <a14:backgroundMark x1="30680" y1="8720" x2="51760" y2="9000"/>
                                  <a14:backgroundMark x1="51760" y1="9000" x2="57400" y2="87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23497" r="12378" b="20159"/>
                    <a:stretch/>
                  </pic:blipFill>
                  <pic:spPr bwMode="auto">
                    <a:xfrm>
                      <a:off x="0" y="0"/>
                      <a:ext cx="1270000" cy="88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6187F" w14:textId="74FA9FD3" w:rsidR="00082DEC" w:rsidRPr="00114E7D" w:rsidRDefault="00082DEC" w:rsidP="00082DEC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7386C2E2" w14:textId="24779647" w:rsidR="00082DEC" w:rsidRPr="00114E7D" w:rsidRDefault="00082DEC" w:rsidP="00082DEC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21CB0D06" w14:textId="67676F06" w:rsidR="00605C63" w:rsidRPr="00114E7D" w:rsidRDefault="00652DE4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fldChar w:fldCharType="begin"/>
      </w:r>
      <w:r w:rsidR="003C1E42">
        <w:rPr>
          <w:rFonts w:ascii="Times New Roman" w:hAnsi="Times New Roman" w:cs="Times New Roman"/>
          <w:sz w:val="24"/>
          <w:szCs w:val="24"/>
        </w:rPr>
        <w:instrText xml:space="preserve"> INCLUDEPICTURE "C:\\Users\\weenaworadol\\Library\\Group Containers\\UBF8T346G9.ms\\WebArchiveCopyPasteTempFiles\\com.microsoft.Word\\pngtree-blue-pvc-pipe-bundle-of-png-image_14557534.png" \* MERGEFORMAT </w:instrText>
      </w:r>
      <w:r w:rsidRPr="00114E7D">
        <w:rPr>
          <w:rFonts w:ascii="Times New Roman" w:hAnsi="Times New Roman" w:cs="Times New Roman"/>
          <w:sz w:val="24"/>
          <w:szCs w:val="24"/>
        </w:rPr>
        <w:fldChar w:fldCharType="separate"/>
      </w:r>
      <w:r w:rsidRPr="00114E7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52B4F89" w14:textId="4107DBA3" w:rsidR="00E03C8A" w:rsidRPr="00114E7D" w:rsidRDefault="00000000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sz w:val="24"/>
          <w:szCs w:val="24"/>
        </w:rPr>
        <w:t xml:space="preserve">E. </w:t>
      </w:r>
    </w:p>
    <w:p w14:paraId="4D301731" w14:textId="333D5405" w:rsidR="00082DEC" w:rsidRPr="00114E7D" w:rsidRDefault="009379BF" w:rsidP="00082DEC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114E7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A16F5FA" wp14:editId="72555661">
            <wp:simplePos x="0" y="0"/>
            <wp:positionH relativeFrom="margin">
              <wp:posOffset>1022350</wp:posOffset>
            </wp:positionH>
            <wp:positionV relativeFrom="paragraph">
              <wp:posOffset>4445</wp:posOffset>
            </wp:positionV>
            <wp:extent cx="1609217" cy="1078230"/>
            <wp:effectExtent l="0" t="0" r="0" b="7620"/>
            <wp:wrapNone/>
            <wp:docPr id="11142894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289478" name="Picture 8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548" b="91960" l="9428" r="93939">
                                  <a14:foregroundMark x1="33333" y1="10553" x2="33670" y2="17085"/>
                                  <a14:foregroundMark x1="9764" y1="71357" x2="9764" y2="71357"/>
                                  <a14:foregroundMark x1="29966" y1="91960" x2="29966" y2="91960"/>
                                  <a14:foregroundMark x1="72054" y1="39698" x2="72054" y2="39698"/>
                                  <a14:foregroundMark x1="93939" y1="55276" x2="93939" y2="55276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217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6A1EB" w14:textId="1F5FA4AD" w:rsidR="00082DEC" w:rsidRPr="00114E7D" w:rsidRDefault="00082DEC" w:rsidP="00082DEC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38AE9C86" w14:textId="7E581A25" w:rsidR="00082DEC" w:rsidRPr="00114E7D" w:rsidRDefault="00082DEC" w:rsidP="00082DEC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1DB78697" w14:textId="77777777" w:rsidR="00082DEC" w:rsidRPr="00114E7D" w:rsidRDefault="00082DEC" w:rsidP="00082DEC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03BF996F" w14:textId="038DD482" w:rsidR="00082DEC" w:rsidRPr="00114E7D" w:rsidRDefault="00082DEC" w:rsidP="000952E5">
      <w:pPr>
        <w:pStyle w:val="a0"/>
        <w:numPr>
          <w:ilvl w:val="0"/>
          <w:numId w:val="0"/>
        </w:numPr>
        <w:jc w:val="thaiDistribute"/>
        <w:rPr>
          <w:rFonts w:ascii="Times New Roman" w:hAnsi="Times New Roman" w:cs="Times New Roman"/>
          <w:sz w:val="24"/>
          <w:szCs w:val="24"/>
        </w:rPr>
      </w:pPr>
    </w:p>
    <w:sectPr w:rsidR="00082DEC" w:rsidRPr="00114E7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79E831B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4E14A4B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59329038">
    <w:abstractNumId w:val="8"/>
  </w:num>
  <w:num w:numId="2" w16cid:durableId="440032775">
    <w:abstractNumId w:val="6"/>
  </w:num>
  <w:num w:numId="3" w16cid:durableId="955256393">
    <w:abstractNumId w:val="5"/>
  </w:num>
  <w:num w:numId="4" w16cid:durableId="1740131087">
    <w:abstractNumId w:val="4"/>
  </w:num>
  <w:num w:numId="5" w16cid:durableId="141196359">
    <w:abstractNumId w:val="7"/>
  </w:num>
  <w:num w:numId="6" w16cid:durableId="780563769">
    <w:abstractNumId w:val="3"/>
  </w:num>
  <w:num w:numId="7" w16cid:durableId="661734689">
    <w:abstractNumId w:val="2"/>
  </w:num>
  <w:num w:numId="8" w16cid:durableId="1063527904">
    <w:abstractNumId w:val="1"/>
  </w:num>
  <w:num w:numId="9" w16cid:durableId="1855263562">
    <w:abstractNumId w:val="0"/>
  </w:num>
  <w:num w:numId="10" w16cid:durableId="973829827">
    <w:abstractNumId w:val="7"/>
  </w:num>
  <w:num w:numId="11" w16cid:durableId="19693160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82DEC"/>
    <w:rsid w:val="000952E5"/>
    <w:rsid w:val="00113A91"/>
    <w:rsid w:val="00114E7D"/>
    <w:rsid w:val="0015074B"/>
    <w:rsid w:val="00291D52"/>
    <w:rsid w:val="0029639D"/>
    <w:rsid w:val="002F226B"/>
    <w:rsid w:val="00326F90"/>
    <w:rsid w:val="003462FB"/>
    <w:rsid w:val="00396513"/>
    <w:rsid w:val="003C0A14"/>
    <w:rsid w:val="003C1E42"/>
    <w:rsid w:val="003F5C76"/>
    <w:rsid w:val="004F1C62"/>
    <w:rsid w:val="005F381E"/>
    <w:rsid w:val="00605C63"/>
    <w:rsid w:val="006239C8"/>
    <w:rsid w:val="00652DE4"/>
    <w:rsid w:val="00662018"/>
    <w:rsid w:val="00744BE0"/>
    <w:rsid w:val="007E3843"/>
    <w:rsid w:val="007F2C69"/>
    <w:rsid w:val="008A2545"/>
    <w:rsid w:val="008F4BE7"/>
    <w:rsid w:val="009379BF"/>
    <w:rsid w:val="00AA1D8D"/>
    <w:rsid w:val="00B47730"/>
    <w:rsid w:val="00B74304"/>
    <w:rsid w:val="00BE38B0"/>
    <w:rsid w:val="00CB0664"/>
    <w:rsid w:val="00CF6122"/>
    <w:rsid w:val="00E03C8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CC800A"/>
  <w14:defaultImageDpi w14:val="300"/>
  <w15:docId w15:val="{D48075D8-ED36-44B3-BC4A-D8488A7C1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หัวเรื่อง 1 อักขระ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หัวเรื่อง 2 อักขระ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หัวเรื่อง 3 อักขระ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ชื่อเรื่อง อักขระ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ชื่อเรื่องรอง อักขระ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เนื้อความ อักขระ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เนื้อความ 2 อักขระ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เนื้อความ 3 อักขระ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ข้อความแมโคร อักขระ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คำอ้างอิง อักขระ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หัวเรื่อง 4 อักขระ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ทำให้คำอ้างอิงเป็นสีเข้มขึ้น อักขระ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936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6260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Niwat Srisawasdi</cp:lastModifiedBy>
  <cp:revision>2</cp:revision>
  <dcterms:created xsi:type="dcterms:W3CDTF">2025-04-23T16:29:00Z</dcterms:created>
  <dcterms:modified xsi:type="dcterms:W3CDTF">2025-04-23T16:29:00Z</dcterms:modified>
  <cp:category/>
</cp:coreProperties>
</file>